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5EB50" w14:textId="1BCED082" w:rsidR="002544DB" w:rsidRPr="002544DB" w:rsidRDefault="009127F4">
      <w:pPr>
        <w:jc w:val="center"/>
        <w:rPr>
          <w:rFonts w:cs="Times New Roman"/>
          <w:b/>
          <w:color w:val="1F3264"/>
          <w:sz w:val="32"/>
        </w:rPr>
      </w:pPr>
      <w:r>
        <w:rPr>
          <w:rFonts w:ascii="Segoe Script" w:hAnsi="Segoe Script"/>
          <w:b/>
          <w:bCs/>
          <w:noProof/>
          <w:sz w:val="28"/>
          <w:szCs w:val="28"/>
        </w:rPr>
        <w:drawing>
          <wp:anchor distT="0" distB="0" distL="114300" distR="114300" simplePos="0" relativeHeight="251662848" behindDoc="1" locked="0" layoutInCell="1" allowOverlap="1" wp14:anchorId="63C711CF" wp14:editId="504A504F">
            <wp:simplePos x="0" y="0"/>
            <wp:positionH relativeFrom="column">
              <wp:posOffset>5600700</wp:posOffset>
            </wp:positionH>
            <wp:positionV relativeFrom="paragraph">
              <wp:posOffset>264795</wp:posOffset>
            </wp:positionV>
            <wp:extent cx="1186180" cy="1186180"/>
            <wp:effectExtent l="0" t="0" r="0" b="0"/>
            <wp:wrapNone/>
            <wp:docPr id="141007936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180" cy="118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FBC317" w14:textId="05339403" w:rsidR="007C6B78" w:rsidRPr="002544DB" w:rsidRDefault="00000000">
      <w:pPr>
        <w:jc w:val="center"/>
        <w:rPr>
          <w:rFonts w:cs="Times New Roman"/>
        </w:rPr>
      </w:pPr>
      <w:r w:rsidRPr="002544DB">
        <w:rPr>
          <w:rFonts w:cs="Times New Roman"/>
          <w:b/>
          <w:color w:val="1F3264"/>
          <w:sz w:val="32"/>
        </w:rPr>
        <w:t>THE JOURNAL OF</w:t>
      </w:r>
      <w:r w:rsidRPr="002544DB">
        <w:rPr>
          <w:rFonts w:cs="Times New Roman"/>
          <w:b/>
          <w:color w:val="1F3264"/>
          <w:sz w:val="32"/>
        </w:rPr>
        <w:br/>
        <w:t>ARCHAEOLOGY &amp; HERITAGE STUDIES</w:t>
      </w:r>
    </w:p>
    <w:p w14:paraId="07783FE5" w14:textId="1C0168BB" w:rsidR="007C6B78" w:rsidRPr="002544DB" w:rsidRDefault="00000000">
      <w:pPr>
        <w:jc w:val="center"/>
        <w:rPr>
          <w:rFonts w:cs="Times New Roman"/>
        </w:rPr>
      </w:pPr>
      <w:r w:rsidRPr="002544DB">
        <w:rPr>
          <w:rFonts w:cs="Times New Roman"/>
          <w:b/>
          <w:sz w:val="26"/>
        </w:rPr>
        <w:t>INSTRUCTIONS FOR AUTHORS</w:t>
      </w:r>
    </w:p>
    <w:p w14:paraId="2B37F54E" w14:textId="14DB3A53" w:rsidR="007C6B78" w:rsidRPr="002544DB" w:rsidRDefault="00000000">
      <w:pPr>
        <w:jc w:val="center"/>
        <w:rPr>
          <w:rFonts w:cs="Times New Roman"/>
        </w:rPr>
      </w:pPr>
      <w:r w:rsidRPr="002544DB">
        <w:rPr>
          <w:rFonts w:cs="Times New Roman"/>
          <w:i/>
          <w:sz w:val="18"/>
        </w:rPr>
        <w:t>Published by the Department of Archaeology and Heritage Management,</w:t>
      </w:r>
      <w:r w:rsidRPr="002544DB">
        <w:rPr>
          <w:rFonts w:cs="Times New Roman"/>
          <w:i/>
          <w:sz w:val="18"/>
        </w:rPr>
        <w:br/>
        <w:t>Faculty of Social Sciences and Humanities, Rajarata University of Sri Lanka</w:t>
      </w:r>
    </w:p>
    <w:p w14:paraId="70BF4976" w14:textId="77777777" w:rsidR="00497817" w:rsidRPr="001709B1" w:rsidRDefault="00497817" w:rsidP="00497817">
      <w:pPr>
        <w:pStyle w:val="Heading1"/>
        <w:rPr>
          <w:sz w:val="24"/>
          <w:szCs w:val="24"/>
        </w:rPr>
      </w:pPr>
      <w:r w:rsidRPr="001709B1">
        <w:rPr>
          <w:sz w:val="24"/>
          <w:szCs w:val="24"/>
        </w:rPr>
        <w:t xml:space="preserve">1. </w:t>
      </w:r>
      <w:r w:rsidRPr="001709B1">
        <w:rPr>
          <w:rFonts w:ascii="Iskoola Pota" w:hAnsi="Iskoola Pota" w:cs="Iskoola Pota"/>
          <w:sz w:val="24"/>
          <w:szCs w:val="24"/>
        </w:rPr>
        <w:t>සඟරාවේ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විෂය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පථය</w:t>
      </w:r>
    </w:p>
    <w:p w14:paraId="75722109" w14:textId="77777777" w:rsidR="00497817" w:rsidRDefault="00497817" w:rsidP="00497817">
      <w:pPr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පුරාවිද්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උරුම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අධ්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යයන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සඟරාව</w:t>
      </w:r>
      <w:r w:rsidRPr="001709B1">
        <w:rPr>
          <w:sz w:val="24"/>
          <w:szCs w:val="24"/>
        </w:rPr>
        <w:t xml:space="preserve"> (JAHS) </w:t>
      </w:r>
      <w:r w:rsidRPr="001709B1">
        <w:rPr>
          <w:rFonts w:ascii="Iskoola Pota" w:hAnsi="Iskoola Pota" w:cs="Iskoola Pota"/>
          <w:sz w:val="24"/>
          <w:szCs w:val="24"/>
        </w:rPr>
        <w:t>යනු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පුරාවිද්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යාව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ඉතිහාසය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උරුම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කළමනාකරණය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සහ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අදාළ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ක්ෂේත්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රවල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මුල්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පර්යේෂණ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විවෘත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රවේශයක්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සහිත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සම</w:t>
      </w:r>
      <w:r w:rsidRPr="001709B1">
        <w:rPr>
          <w:sz w:val="24"/>
          <w:szCs w:val="24"/>
        </w:rPr>
        <w:t>-</w:t>
      </w:r>
      <w:r w:rsidRPr="001709B1">
        <w:rPr>
          <w:rFonts w:ascii="Iskoola Pota" w:hAnsi="Iskoola Pota" w:cs="Iskoola Pota"/>
          <w:sz w:val="24"/>
          <w:szCs w:val="24"/>
        </w:rPr>
        <w:t>සමාලෝචිත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ශාස්ත්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රීය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සඟරාවකි</w:t>
      </w:r>
      <w:r w:rsidRPr="001709B1">
        <w:rPr>
          <w:sz w:val="24"/>
          <w:szCs w:val="24"/>
        </w:rPr>
        <w:t xml:space="preserve">. </w:t>
      </w:r>
      <w:r w:rsidRPr="001709B1">
        <w:rPr>
          <w:rFonts w:ascii="Iskoola Pota" w:hAnsi="Iskoola Pota" w:cs="Iskoola Pota"/>
          <w:sz w:val="24"/>
          <w:szCs w:val="24"/>
        </w:rPr>
        <w:t>පුරාවිද්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යාව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ඉතිහාසය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උරුම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කළමනාකරණය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සංරක්ෂණය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ස්මාරක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පුරාවස්තු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ද්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රව්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යමය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සංස්කෘතිය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පුරාණ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තාක්ෂණය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ගෘහනිර්මාණ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ශිල්පය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වාරිමාර්ග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පුරාවිද්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යාව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භූ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පුරාවිද්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යාව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ශිලා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ලේඛන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අධ්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යයනය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ජනවාර්ගික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පුරාවිද්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යාව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දියයට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පුරාවිද්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යාව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කෞතුකාගාර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විද්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යාව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සංස්කෘතික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සංචාරක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යාපාරය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සහ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අන්තර්විෂයීය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අධ්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යයන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පිළිබඳ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ලිපි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ඉදිරිපත්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හැකිය</w:t>
      </w:r>
      <w:r w:rsidRPr="001709B1">
        <w:rPr>
          <w:sz w:val="24"/>
          <w:szCs w:val="24"/>
        </w:rPr>
        <w:t>.</w:t>
      </w:r>
    </w:p>
    <w:p w14:paraId="3E4D3893" w14:textId="77777777" w:rsidR="00497817" w:rsidRPr="001709B1" w:rsidRDefault="00497817" w:rsidP="00497817">
      <w:pPr>
        <w:rPr>
          <w:sz w:val="24"/>
          <w:szCs w:val="24"/>
        </w:rPr>
      </w:pPr>
    </w:p>
    <w:p w14:paraId="366A4923" w14:textId="77777777" w:rsidR="00497817" w:rsidRPr="001709B1" w:rsidRDefault="00497817" w:rsidP="00497817">
      <w:pPr>
        <w:pStyle w:val="Heading1"/>
        <w:rPr>
          <w:sz w:val="24"/>
          <w:szCs w:val="24"/>
        </w:rPr>
      </w:pPr>
      <w:r w:rsidRPr="001709B1">
        <w:rPr>
          <w:sz w:val="24"/>
          <w:szCs w:val="24"/>
        </w:rPr>
        <w:t xml:space="preserve">2. </w:t>
      </w:r>
      <w:r w:rsidRPr="001709B1">
        <w:rPr>
          <w:rFonts w:ascii="Iskoola Pota" w:hAnsi="Iskoola Pota" w:cs="Iskoola Pota"/>
          <w:sz w:val="24"/>
          <w:szCs w:val="24"/>
        </w:rPr>
        <w:t>අත්පිටපත්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සඳහා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පොදු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අවශ්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යතා</w:t>
      </w:r>
    </w:p>
    <w:p w14:paraId="268488BA" w14:textId="77777777" w:rsidR="00497817" w:rsidRPr="001709B1" w:rsidRDefault="00497817" w:rsidP="00497817">
      <w:pPr>
        <w:pStyle w:val="ListBullet"/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භාෂාව</w:t>
      </w:r>
      <w:r w:rsidRPr="001709B1">
        <w:rPr>
          <w:sz w:val="24"/>
          <w:szCs w:val="24"/>
        </w:rPr>
        <w:t xml:space="preserve">: </w:t>
      </w:r>
      <w:r w:rsidRPr="001709B1">
        <w:rPr>
          <w:rFonts w:ascii="Iskoola Pota" w:hAnsi="Iskoola Pota" w:cs="Iskoola Pota"/>
          <w:sz w:val="24"/>
          <w:szCs w:val="24"/>
        </w:rPr>
        <w:t>සිංහල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හෝ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ඉංග්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රීසි</w:t>
      </w:r>
      <w:r w:rsidRPr="001709B1">
        <w:rPr>
          <w:sz w:val="24"/>
          <w:szCs w:val="24"/>
        </w:rPr>
        <w:t>.</w:t>
      </w:r>
    </w:p>
    <w:p w14:paraId="457E0636" w14:textId="77777777" w:rsidR="00497817" w:rsidRPr="001709B1" w:rsidRDefault="00497817" w:rsidP="00497817">
      <w:pPr>
        <w:pStyle w:val="ListBullet"/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වචන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සීමාව</w:t>
      </w:r>
      <w:r w:rsidRPr="001709B1">
        <w:rPr>
          <w:sz w:val="24"/>
          <w:szCs w:val="24"/>
        </w:rPr>
        <w:t xml:space="preserve">: </w:t>
      </w:r>
      <w:r w:rsidRPr="001709B1">
        <w:rPr>
          <w:rFonts w:ascii="Iskoola Pota" w:hAnsi="Iskoola Pota" w:cs="Iskoola Pota"/>
          <w:sz w:val="24"/>
          <w:szCs w:val="24"/>
        </w:rPr>
        <w:t>ආශ්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රිත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ග්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රන්ථ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නාමාවලිය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ද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ඇතුළුව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උපරිම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වචන</w:t>
      </w:r>
      <w:r w:rsidRPr="001709B1">
        <w:rPr>
          <w:sz w:val="24"/>
          <w:szCs w:val="24"/>
        </w:rPr>
        <w:t xml:space="preserve"> 12,000</w:t>
      </w:r>
      <w:r w:rsidRPr="001709B1">
        <w:rPr>
          <w:rFonts w:ascii="Iskoola Pota" w:hAnsi="Iskoola Pota" w:cs="Iskoola Pota"/>
          <w:sz w:val="24"/>
          <w:szCs w:val="24"/>
        </w:rPr>
        <w:t>කි</w:t>
      </w:r>
      <w:r w:rsidRPr="001709B1">
        <w:rPr>
          <w:sz w:val="24"/>
          <w:szCs w:val="24"/>
        </w:rPr>
        <w:t>.</w:t>
      </w:r>
    </w:p>
    <w:p w14:paraId="0EC119C4" w14:textId="77777777" w:rsidR="00497817" w:rsidRPr="001709B1" w:rsidRDefault="00497817" w:rsidP="00497817">
      <w:pPr>
        <w:pStyle w:val="ListBullet"/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ගොනු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ආකෘතිය</w:t>
      </w:r>
      <w:r w:rsidRPr="001709B1">
        <w:rPr>
          <w:sz w:val="24"/>
          <w:szCs w:val="24"/>
        </w:rPr>
        <w:t xml:space="preserve">: Microsoft Word </w:t>
      </w:r>
      <w:r w:rsidRPr="001709B1">
        <w:rPr>
          <w:rFonts w:ascii="Iskoola Pota" w:hAnsi="Iskoola Pota" w:cs="Iskoola Pota"/>
          <w:sz w:val="24"/>
          <w:szCs w:val="24"/>
        </w:rPr>
        <w:t>හෝ</w:t>
      </w:r>
      <w:r w:rsidRPr="001709B1">
        <w:rPr>
          <w:sz w:val="24"/>
          <w:szCs w:val="24"/>
        </w:rPr>
        <w:t xml:space="preserve"> OpenOffice </w:t>
      </w:r>
      <w:r w:rsidRPr="001709B1">
        <w:rPr>
          <w:rFonts w:ascii="Iskoola Pota" w:hAnsi="Iskoola Pota" w:cs="Iskoola Pota"/>
          <w:sz w:val="24"/>
          <w:szCs w:val="24"/>
        </w:rPr>
        <w:t>සමඟ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අනුකූල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සංස්කරණය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හැකි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ගොනුවක්</w:t>
      </w:r>
      <w:r w:rsidRPr="001709B1">
        <w:rPr>
          <w:sz w:val="24"/>
          <w:szCs w:val="24"/>
        </w:rPr>
        <w:t>.</w:t>
      </w:r>
    </w:p>
    <w:p w14:paraId="21062702" w14:textId="77777777" w:rsidR="00497817" w:rsidRPr="001709B1" w:rsidRDefault="00497817" w:rsidP="00497817">
      <w:pPr>
        <w:pStyle w:val="ListBullet"/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අකුරු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වර්ගය</w:t>
      </w:r>
      <w:r w:rsidRPr="001709B1">
        <w:rPr>
          <w:sz w:val="24"/>
          <w:szCs w:val="24"/>
        </w:rPr>
        <w:t xml:space="preserve">: </w:t>
      </w:r>
      <w:r w:rsidRPr="001709B1">
        <w:rPr>
          <w:rFonts w:ascii="Iskoola Pota" w:hAnsi="Iskoola Pota" w:cs="Iskoola Pota"/>
          <w:sz w:val="24"/>
          <w:szCs w:val="24"/>
        </w:rPr>
        <w:t>සිංහල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ලිපි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සඳහා</w:t>
      </w:r>
      <w:r w:rsidRPr="001709B1">
        <w:rPr>
          <w:sz w:val="24"/>
          <w:szCs w:val="24"/>
        </w:rPr>
        <w:t xml:space="preserve"> Iskoola Pota; </w:t>
      </w:r>
      <w:r w:rsidRPr="001709B1">
        <w:rPr>
          <w:rFonts w:ascii="Iskoola Pota" w:hAnsi="Iskoola Pota" w:cs="Iskoola Pota"/>
          <w:sz w:val="24"/>
          <w:szCs w:val="24"/>
        </w:rPr>
        <w:t>ඉංග්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රීසි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ලිපි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සඳහා</w:t>
      </w:r>
      <w:r w:rsidRPr="001709B1">
        <w:rPr>
          <w:sz w:val="24"/>
          <w:szCs w:val="24"/>
        </w:rPr>
        <w:t xml:space="preserve"> Times New Roman.</w:t>
      </w:r>
    </w:p>
    <w:p w14:paraId="0413310D" w14:textId="77777777" w:rsidR="00497817" w:rsidRPr="001709B1" w:rsidRDefault="00497817" w:rsidP="00497817">
      <w:pPr>
        <w:pStyle w:val="ListBullet"/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අකුරු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රමාණය</w:t>
      </w:r>
      <w:r w:rsidRPr="001709B1">
        <w:rPr>
          <w:sz w:val="24"/>
          <w:szCs w:val="24"/>
        </w:rPr>
        <w:t xml:space="preserve">: </w:t>
      </w:r>
      <w:r w:rsidRPr="001709B1">
        <w:rPr>
          <w:rFonts w:ascii="Iskoola Pota" w:hAnsi="Iskoola Pota" w:cs="Iskoola Pota"/>
          <w:sz w:val="24"/>
          <w:szCs w:val="24"/>
        </w:rPr>
        <w:t>ප්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රධාන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මාතෘකාව</w:t>
      </w:r>
      <w:r w:rsidRPr="001709B1">
        <w:rPr>
          <w:sz w:val="24"/>
          <w:szCs w:val="24"/>
        </w:rPr>
        <w:t xml:space="preserve"> 16 pt, </w:t>
      </w:r>
      <w:r w:rsidRPr="001709B1">
        <w:rPr>
          <w:rFonts w:ascii="Iskoola Pota" w:hAnsi="Iskoola Pota" w:cs="Iskoola Pota"/>
          <w:sz w:val="24"/>
          <w:szCs w:val="24"/>
        </w:rPr>
        <w:t>උපමාතෘකා</w:t>
      </w:r>
      <w:r w:rsidRPr="001709B1">
        <w:rPr>
          <w:sz w:val="24"/>
          <w:szCs w:val="24"/>
        </w:rPr>
        <w:t xml:space="preserve"> 14 pt </w:t>
      </w:r>
      <w:r w:rsidRPr="001709B1">
        <w:rPr>
          <w:rFonts w:ascii="Iskoola Pota" w:hAnsi="Iskoola Pota" w:cs="Iskoola Pota"/>
          <w:sz w:val="24"/>
          <w:szCs w:val="24"/>
        </w:rPr>
        <w:t>සහ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රධාන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පෙළ</w:t>
      </w:r>
      <w:r w:rsidRPr="001709B1">
        <w:rPr>
          <w:sz w:val="24"/>
          <w:szCs w:val="24"/>
        </w:rPr>
        <w:t xml:space="preserve"> 12 pt.</w:t>
      </w:r>
    </w:p>
    <w:p w14:paraId="6F4D7179" w14:textId="77777777" w:rsidR="00497817" w:rsidRDefault="00497817" w:rsidP="00497817">
      <w:pPr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ලිපිය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පැහැදිලිව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තාර්කික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අනුපිළිවෙළකින්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සකස්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යුතුය</w:t>
      </w:r>
      <w:r w:rsidRPr="001709B1">
        <w:rPr>
          <w:sz w:val="24"/>
          <w:szCs w:val="24"/>
        </w:rPr>
        <w:t xml:space="preserve">. </w:t>
      </w:r>
      <w:r w:rsidRPr="001709B1">
        <w:rPr>
          <w:rFonts w:ascii="Iskoola Pota" w:hAnsi="Iskoola Pota" w:cs="Iskoola Pota"/>
          <w:sz w:val="24"/>
          <w:szCs w:val="24"/>
        </w:rPr>
        <w:t>ඉදිරිපත්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කිරීමට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පෙර</w:t>
      </w:r>
      <w:r w:rsidRPr="001709B1">
        <w:rPr>
          <w:rFonts w:cs="Iskoola Pota" w:hint="cs"/>
          <w:sz w:val="24"/>
          <w:szCs w:val="24"/>
          <w:cs/>
          <w:lang w:bidi="si-LK"/>
        </w:rPr>
        <w:t>,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භාෂාව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උපුටා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දැක්වීම්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ආශ්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රිත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ග්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රන්ථ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නාමාවලිය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සහ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රූප</w:t>
      </w:r>
      <w:r w:rsidRPr="001709B1">
        <w:rPr>
          <w:sz w:val="24"/>
          <w:szCs w:val="24"/>
        </w:rPr>
        <w:t>/</w:t>
      </w:r>
      <w:r w:rsidRPr="001709B1">
        <w:rPr>
          <w:rFonts w:ascii="Iskoola Pota" w:hAnsi="Iskoola Pota" w:cs="Iskoola Pota"/>
          <w:sz w:val="24"/>
          <w:szCs w:val="24"/>
        </w:rPr>
        <w:t>වගු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අංක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පරීක්ෂා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කරන්න</w:t>
      </w:r>
      <w:r w:rsidRPr="001709B1">
        <w:rPr>
          <w:sz w:val="24"/>
          <w:szCs w:val="24"/>
        </w:rPr>
        <w:t>.</w:t>
      </w:r>
    </w:p>
    <w:p w14:paraId="5757C5C2" w14:textId="77777777" w:rsidR="00497817" w:rsidRPr="001709B1" w:rsidRDefault="00497817" w:rsidP="00497817">
      <w:pPr>
        <w:rPr>
          <w:sz w:val="24"/>
          <w:szCs w:val="24"/>
        </w:rPr>
      </w:pPr>
    </w:p>
    <w:p w14:paraId="0907202D" w14:textId="77777777" w:rsidR="00497817" w:rsidRPr="001709B1" w:rsidRDefault="00497817" w:rsidP="00497817">
      <w:pPr>
        <w:pStyle w:val="Heading1"/>
        <w:rPr>
          <w:sz w:val="24"/>
          <w:szCs w:val="24"/>
        </w:rPr>
      </w:pPr>
      <w:r w:rsidRPr="001709B1">
        <w:rPr>
          <w:sz w:val="24"/>
          <w:szCs w:val="24"/>
        </w:rPr>
        <w:t xml:space="preserve">3. </w:t>
      </w:r>
      <w:r w:rsidRPr="001709B1">
        <w:rPr>
          <w:rFonts w:ascii="Iskoola Pota" w:hAnsi="Iskoola Pota" w:cs="Iskoola Pota"/>
          <w:sz w:val="24"/>
          <w:szCs w:val="24"/>
        </w:rPr>
        <w:t>ලිපිය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සකස්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කිරීම</w:t>
      </w:r>
    </w:p>
    <w:p w14:paraId="716A2381" w14:textId="77777777" w:rsidR="00497817" w:rsidRPr="001709B1" w:rsidRDefault="00497817" w:rsidP="00497817">
      <w:pPr>
        <w:pStyle w:val="Heading2"/>
        <w:rPr>
          <w:sz w:val="24"/>
          <w:szCs w:val="24"/>
        </w:rPr>
      </w:pPr>
      <w:r w:rsidRPr="001709B1">
        <w:rPr>
          <w:sz w:val="24"/>
          <w:szCs w:val="24"/>
        </w:rPr>
        <w:t xml:space="preserve">3.1 </w:t>
      </w:r>
      <w:r w:rsidRPr="001709B1">
        <w:rPr>
          <w:rFonts w:ascii="Iskoola Pota" w:hAnsi="Iskoola Pota" w:cs="Iskoola Pota"/>
          <w:sz w:val="24"/>
          <w:szCs w:val="24"/>
        </w:rPr>
        <w:t>මාතෘකාව</w:t>
      </w:r>
    </w:p>
    <w:p w14:paraId="0FE0FECE" w14:textId="77777777" w:rsidR="00497817" w:rsidRPr="001709B1" w:rsidRDefault="00497817" w:rsidP="00497817">
      <w:pPr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ලිපියේ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අන්තර්ගතය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නිවැරදිව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නිරූපණය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පැහැදිලි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අදාළ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මුල්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මාතෘකාවක්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යොදන්න</w:t>
      </w:r>
      <w:r w:rsidRPr="001709B1">
        <w:rPr>
          <w:sz w:val="24"/>
          <w:szCs w:val="24"/>
        </w:rPr>
        <w:t>.</w:t>
      </w:r>
    </w:p>
    <w:p w14:paraId="459BF0E3" w14:textId="77777777" w:rsidR="00497817" w:rsidRPr="001709B1" w:rsidRDefault="00497817" w:rsidP="00497817">
      <w:pPr>
        <w:pStyle w:val="Heading2"/>
        <w:rPr>
          <w:sz w:val="24"/>
          <w:szCs w:val="24"/>
        </w:rPr>
      </w:pPr>
      <w:r w:rsidRPr="001709B1">
        <w:rPr>
          <w:sz w:val="24"/>
          <w:szCs w:val="24"/>
        </w:rPr>
        <w:t xml:space="preserve">3.2 </w:t>
      </w:r>
      <w:r w:rsidRPr="001709B1">
        <w:rPr>
          <w:rFonts w:ascii="Iskoola Pota" w:hAnsi="Iskoola Pota" w:cs="Iskoola Pota"/>
          <w:sz w:val="24"/>
          <w:szCs w:val="24"/>
        </w:rPr>
        <w:t>කර්තෘ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තොරතුරු</w:t>
      </w:r>
    </w:p>
    <w:p w14:paraId="0A751C52" w14:textId="77777777" w:rsidR="00497817" w:rsidRPr="001709B1" w:rsidRDefault="00497817" w:rsidP="00497817">
      <w:pPr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සෑම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කර්තෘවරයෙකුගේම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සම්පූර්ණ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නම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අධ්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යාපන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සුදුසුකම්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ආයතනික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අනුබද්ධතාව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වෘත්තීය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තනතුර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විද්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යුත්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තැපැල්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ලිපිනය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සහ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දුරකථන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අංකය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සඳහන්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කරන්න</w:t>
      </w:r>
      <w:r w:rsidRPr="001709B1">
        <w:rPr>
          <w:sz w:val="24"/>
          <w:szCs w:val="24"/>
        </w:rPr>
        <w:t xml:space="preserve">. </w:t>
      </w:r>
      <w:r w:rsidRPr="001709B1">
        <w:rPr>
          <w:rFonts w:ascii="Iskoola Pota" w:hAnsi="Iskoola Pota" w:cs="Iskoola Pota"/>
          <w:sz w:val="24"/>
          <w:szCs w:val="24"/>
        </w:rPr>
        <w:t>ලිපි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හුවමාරුව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සඳහා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වගකිව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යුතු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කර්තෘවරයාගේ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නමට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තරු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ලකුණක්</w:t>
      </w:r>
      <w:r w:rsidRPr="001709B1">
        <w:rPr>
          <w:sz w:val="24"/>
          <w:szCs w:val="24"/>
        </w:rPr>
        <w:t xml:space="preserve"> (*) </w:t>
      </w:r>
      <w:r w:rsidRPr="001709B1">
        <w:rPr>
          <w:rFonts w:ascii="Iskoola Pota" w:hAnsi="Iskoola Pota" w:cs="Iskoola Pota"/>
          <w:sz w:val="24"/>
          <w:szCs w:val="24"/>
        </w:rPr>
        <w:t>යොදන්න</w:t>
      </w:r>
      <w:r w:rsidRPr="001709B1">
        <w:rPr>
          <w:sz w:val="24"/>
          <w:szCs w:val="24"/>
        </w:rPr>
        <w:t xml:space="preserve">. Form No. 01 </w:t>
      </w:r>
      <w:r w:rsidRPr="001709B1">
        <w:rPr>
          <w:rFonts w:cs="Iskoola Pota" w:hint="cs"/>
          <w:sz w:val="24"/>
          <w:szCs w:val="24"/>
          <w:cs/>
          <w:lang w:bidi="si-LK"/>
        </w:rPr>
        <w:t xml:space="preserve">(පහත ඇතුලත් කර ඇත) </w:t>
      </w:r>
      <w:r w:rsidRPr="001709B1">
        <w:rPr>
          <w:rFonts w:ascii="Iskoola Pota" w:hAnsi="Iskoola Pota" w:cs="Iskoola Pota"/>
          <w:sz w:val="24"/>
          <w:szCs w:val="24"/>
        </w:rPr>
        <w:t>සම්පූර්ණ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වෙනම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ගොනුවක්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ලෙස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ඉදිරිපත්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කරන්න</w:t>
      </w:r>
      <w:r w:rsidRPr="001709B1">
        <w:rPr>
          <w:sz w:val="24"/>
          <w:szCs w:val="24"/>
        </w:rPr>
        <w:t>.</w:t>
      </w:r>
    </w:p>
    <w:p w14:paraId="49CC1FD3" w14:textId="77777777" w:rsidR="00497817" w:rsidRPr="001709B1" w:rsidRDefault="00497817" w:rsidP="00497817">
      <w:pPr>
        <w:pStyle w:val="Heading2"/>
        <w:rPr>
          <w:sz w:val="24"/>
          <w:szCs w:val="24"/>
        </w:rPr>
      </w:pPr>
      <w:r w:rsidRPr="001709B1">
        <w:rPr>
          <w:sz w:val="24"/>
          <w:szCs w:val="24"/>
        </w:rPr>
        <w:t xml:space="preserve">3.3 </w:t>
      </w:r>
      <w:r w:rsidRPr="001709B1">
        <w:rPr>
          <w:rFonts w:ascii="Iskoola Pota" w:hAnsi="Iskoola Pota" w:cs="Iskoola Pota"/>
          <w:sz w:val="24"/>
          <w:szCs w:val="24"/>
        </w:rPr>
        <w:t>සාරාංශය</w:t>
      </w:r>
    </w:p>
    <w:p w14:paraId="36EDB7AC" w14:textId="77777777" w:rsidR="00497817" w:rsidRPr="001709B1" w:rsidRDefault="00497817" w:rsidP="00497817">
      <w:pPr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වචන</w:t>
      </w:r>
      <w:r w:rsidRPr="001709B1">
        <w:rPr>
          <w:sz w:val="24"/>
          <w:szCs w:val="24"/>
        </w:rPr>
        <w:t xml:space="preserve"> 250–300</w:t>
      </w:r>
      <w:r w:rsidRPr="001709B1">
        <w:rPr>
          <w:rFonts w:ascii="Iskoola Pota" w:hAnsi="Iskoola Pota" w:cs="Iskoola Pota"/>
          <w:sz w:val="24"/>
          <w:szCs w:val="24"/>
        </w:rPr>
        <w:t>කින්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යුත්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එක්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ඡේදයක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සාරාංශයක්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සපයන්න</w:t>
      </w:r>
      <w:r w:rsidRPr="001709B1">
        <w:rPr>
          <w:sz w:val="24"/>
          <w:szCs w:val="24"/>
        </w:rPr>
        <w:t xml:space="preserve">. </w:t>
      </w:r>
      <w:r w:rsidRPr="001709B1">
        <w:rPr>
          <w:rFonts w:ascii="Iskoola Pota" w:hAnsi="Iskoola Pota" w:cs="Iskoola Pota"/>
          <w:sz w:val="24"/>
          <w:szCs w:val="24"/>
        </w:rPr>
        <w:t>පර්යේෂණ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පසුබිම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ගැටලුව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අරමුණු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ක්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රමවේදය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ප්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රධාන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සොයාගැනීම්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අර්ථකථනය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සහ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සමස්ත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නිගමනය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එහි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කෙටියෙන්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දැක්විය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යුතුය</w:t>
      </w:r>
      <w:r w:rsidRPr="001709B1">
        <w:rPr>
          <w:sz w:val="24"/>
          <w:szCs w:val="24"/>
        </w:rPr>
        <w:t>.</w:t>
      </w:r>
    </w:p>
    <w:p w14:paraId="58AC090A" w14:textId="77777777" w:rsidR="00497817" w:rsidRPr="001709B1" w:rsidRDefault="00497817" w:rsidP="00497817">
      <w:pPr>
        <w:pStyle w:val="Heading2"/>
        <w:rPr>
          <w:sz w:val="24"/>
          <w:szCs w:val="24"/>
        </w:rPr>
      </w:pPr>
      <w:r w:rsidRPr="001709B1">
        <w:rPr>
          <w:sz w:val="24"/>
          <w:szCs w:val="24"/>
        </w:rPr>
        <w:lastRenderedPageBreak/>
        <w:t xml:space="preserve">3.4 </w:t>
      </w:r>
      <w:r w:rsidRPr="001709B1">
        <w:rPr>
          <w:rFonts w:ascii="Iskoola Pota" w:hAnsi="Iskoola Pota" w:cs="Iskoola Pota"/>
          <w:sz w:val="24"/>
          <w:szCs w:val="24"/>
        </w:rPr>
        <w:t>මූල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පද</w:t>
      </w:r>
    </w:p>
    <w:p w14:paraId="5AE3B061" w14:textId="77777777" w:rsidR="00497817" w:rsidRPr="001709B1" w:rsidRDefault="00497817" w:rsidP="00497817">
      <w:pPr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ලිපියේ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රධාන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තේමා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සංකල්ප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ක්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රමවේද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හෝ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භූගෝලීය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පරාසය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නිරූපණය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මූල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පද</w:t>
      </w:r>
      <w:r w:rsidRPr="001709B1">
        <w:rPr>
          <w:sz w:val="24"/>
          <w:szCs w:val="24"/>
        </w:rPr>
        <w:t xml:space="preserve"> 4</w:t>
      </w:r>
      <w:r w:rsidRPr="001709B1">
        <w:rPr>
          <w:rFonts w:cs="Iskoola Pota" w:hint="cs"/>
          <w:sz w:val="24"/>
          <w:szCs w:val="24"/>
          <w:cs/>
          <w:lang w:bidi="si-LK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ඇතුළත්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කරන්න</w:t>
      </w:r>
      <w:r w:rsidRPr="001709B1">
        <w:rPr>
          <w:sz w:val="24"/>
          <w:szCs w:val="24"/>
        </w:rPr>
        <w:t xml:space="preserve">. </w:t>
      </w:r>
      <w:r w:rsidRPr="001709B1">
        <w:rPr>
          <w:rFonts w:ascii="Iskoola Pota" w:hAnsi="Iskoola Pota" w:cs="Iskoola Pota"/>
          <w:sz w:val="24"/>
          <w:szCs w:val="24"/>
        </w:rPr>
        <w:t>සිංහලෙන්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ලියන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ලිපි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සඳහා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මාතෘකාව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කර්තෘ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තොරතුරු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සාරාංශය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සහ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මූල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පද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ඉංග්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රීසි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භාෂාවෙන්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ද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සැපයිය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යුතුය</w:t>
      </w:r>
      <w:r w:rsidRPr="001709B1">
        <w:rPr>
          <w:sz w:val="24"/>
          <w:szCs w:val="24"/>
        </w:rPr>
        <w:t>.</w:t>
      </w:r>
    </w:p>
    <w:p w14:paraId="6BF25AB8" w14:textId="77777777" w:rsidR="00497817" w:rsidRPr="001709B1" w:rsidRDefault="00497817" w:rsidP="00497817">
      <w:pPr>
        <w:pStyle w:val="Heading2"/>
        <w:rPr>
          <w:sz w:val="24"/>
          <w:szCs w:val="24"/>
        </w:rPr>
      </w:pPr>
      <w:r w:rsidRPr="001709B1">
        <w:rPr>
          <w:sz w:val="24"/>
          <w:szCs w:val="24"/>
        </w:rPr>
        <w:t xml:space="preserve">3.5 </w:t>
      </w:r>
      <w:r w:rsidRPr="001709B1">
        <w:rPr>
          <w:rFonts w:ascii="Iskoola Pota" w:hAnsi="Iskoola Pota" w:cs="Iskoola Pota"/>
          <w:sz w:val="24"/>
          <w:szCs w:val="24"/>
        </w:rPr>
        <w:t>හැඳින්වීම</w:t>
      </w:r>
    </w:p>
    <w:p w14:paraId="4B8F2ABF" w14:textId="77777777" w:rsidR="00497817" w:rsidRPr="001709B1" w:rsidRDefault="00497817" w:rsidP="00497817">
      <w:pPr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පර්යේෂණයේ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ශාස්ත්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රීය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පසුබිම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වැදගත්කම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පැහැදිලි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අදාළ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සාහිත්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සමාලෝචනය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කරන්න</w:t>
      </w:r>
      <w:r w:rsidRPr="001709B1">
        <w:rPr>
          <w:sz w:val="24"/>
          <w:szCs w:val="24"/>
        </w:rPr>
        <w:t xml:space="preserve">. </w:t>
      </w:r>
      <w:r w:rsidRPr="001709B1">
        <w:rPr>
          <w:rFonts w:ascii="Iskoola Pota" w:hAnsi="Iskoola Pota" w:cs="Iskoola Pota"/>
          <w:sz w:val="24"/>
          <w:szCs w:val="24"/>
        </w:rPr>
        <w:t>පර්යේෂණ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ගැටලුව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හෝ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පවතින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දැනුමේ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හිඩැස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හඳුනාගෙන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අරමුණු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පර්යේෂණ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රශ්න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සහ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අදාළ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නම්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උපකල්පන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සඳහන්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කරන්න</w:t>
      </w:r>
      <w:r w:rsidRPr="001709B1">
        <w:rPr>
          <w:sz w:val="24"/>
          <w:szCs w:val="24"/>
        </w:rPr>
        <w:t xml:space="preserve">. </w:t>
      </w:r>
      <w:r w:rsidRPr="001709B1">
        <w:rPr>
          <w:rFonts w:ascii="Iskoola Pota" w:hAnsi="Iskoola Pota" w:cs="Iskoola Pota"/>
          <w:sz w:val="24"/>
          <w:szCs w:val="24"/>
        </w:rPr>
        <w:t>ක්ෂේත්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දත්ත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මත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පදනම්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</w:t>
      </w:r>
      <w:r w:rsidRPr="001709B1">
        <w:rPr>
          <w:rFonts w:cs="Iskoola Pota" w:hint="cs"/>
          <w:sz w:val="24"/>
          <w:szCs w:val="24"/>
          <w:cs/>
          <w:lang w:bidi="si-LK"/>
        </w:rPr>
        <w:t xml:space="preserve"> සම්පාදනය කරන </w:t>
      </w:r>
      <w:r w:rsidRPr="001709B1">
        <w:rPr>
          <w:rFonts w:ascii="Iskoola Pota" w:hAnsi="Iskoola Pota" w:cs="Iskoola Pota"/>
          <w:sz w:val="24"/>
          <w:szCs w:val="24"/>
        </w:rPr>
        <w:t>ලිපිවල</w:t>
      </w:r>
      <w:r w:rsidRPr="001709B1">
        <w:rPr>
          <w:rFonts w:cs="Iskoola Pota" w:hint="cs"/>
          <w:sz w:val="24"/>
          <w:szCs w:val="24"/>
          <w:cs/>
          <w:lang w:bidi="si-LK"/>
        </w:rPr>
        <w:t xml:space="preserve"> අදාල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භූගෝලීය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සන්දර්භීය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තොරතුරු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ඇතුළත්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කරන්න</w:t>
      </w:r>
      <w:r w:rsidRPr="001709B1">
        <w:rPr>
          <w:sz w:val="24"/>
          <w:szCs w:val="24"/>
        </w:rPr>
        <w:t>.</w:t>
      </w:r>
    </w:p>
    <w:p w14:paraId="4E67BC6D" w14:textId="77777777" w:rsidR="00497817" w:rsidRPr="001709B1" w:rsidRDefault="00497817" w:rsidP="00497817">
      <w:pPr>
        <w:pStyle w:val="Heading2"/>
        <w:rPr>
          <w:sz w:val="24"/>
          <w:szCs w:val="24"/>
        </w:rPr>
      </w:pPr>
      <w:r w:rsidRPr="001709B1">
        <w:rPr>
          <w:sz w:val="24"/>
          <w:szCs w:val="24"/>
        </w:rPr>
        <w:t xml:space="preserve">3.6 </w:t>
      </w:r>
      <w:r w:rsidRPr="001709B1">
        <w:rPr>
          <w:rFonts w:ascii="Iskoola Pota" w:hAnsi="Iskoola Pota" w:cs="Iskoola Pota"/>
          <w:sz w:val="24"/>
          <w:szCs w:val="24"/>
        </w:rPr>
        <w:t>ක්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රමවේදය</w:t>
      </w:r>
    </w:p>
    <w:p w14:paraId="7CB46FAB" w14:textId="77777777" w:rsidR="00497817" w:rsidRPr="001709B1" w:rsidRDefault="00497817" w:rsidP="00497817">
      <w:pPr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පර්යේෂණ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සැලසුම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දත්ත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මූලාශ්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ක්ෂේත්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කටයුතු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හෝ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දත්ත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රැස්කිරීමේ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රියාපටිපාටි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නියැදි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තෝරාගැනීම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වර්ගීකරණය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සහ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විශ්ලේෂණ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පැහැදිලි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කරන්න</w:t>
      </w:r>
      <w:r w:rsidRPr="001709B1">
        <w:rPr>
          <w:sz w:val="24"/>
          <w:szCs w:val="24"/>
        </w:rPr>
        <w:t xml:space="preserve">. </w:t>
      </w:r>
      <w:r w:rsidRPr="001709B1">
        <w:rPr>
          <w:rFonts w:ascii="Iskoola Pota" w:hAnsi="Iskoola Pota" w:cs="Iskoola Pota"/>
          <w:sz w:val="24"/>
          <w:szCs w:val="24"/>
        </w:rPr>
        <w:t>පර්යේෂණය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සිදු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ආකාරය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සහ</w:t>
      </w:r>
      <w:r w:rsidRPr="001709B1">
        <w:rPr>
          <w:sz w:val="24"/>
          <w:szCs w:val="24"/>
        </w:rPr>
        <w:t xml:space="preserve"> </w:t>
      </w:r>
      <w:r w:rsidRPr="001709B1">
        <w:rPr>
          <w:rFonts w:cs="Iskoola Pota" w:hint="cs"/>
          <w:sz w:val="24"/>
          <w:szCs w:val="24"/>
          <w:cs/>
          <w:lang w:bidi="si-LK"/>
        </w:rPr>
        <w:t>දත්ත ප්‍රතිඵල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ලබාගත්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ආකාරය</w:t>
      </w:r>
      <w:r w:rsidRPr="001709B1">
        <w:rPr>
          <w:sz w:val="24"/>
          <w:szCs w:val="24"/>
        </w:rPr>
        <w:t xml:space="preserve"> </w:t>
      </w:r>
      <w:r w:rsidRPr="001709B1">
        <w:rPr>
          <w:rFonts w:cs="Iskoola Pota" w:hint="cs"/>
          <w:sz w:val="24"/>
          <w:szCs w:val="24"/>
          <w:cs/>
          <w:lang w:bidi="si-LK"/>
        </w:rPr>
        <w:t>වෙනත් පර්යේෂකයකුට වටහාගත හැකිවන ලෙස දක්වන්න.</w:t>
      </w:r>
    </w:p>
    <w:p w14:paraId="312CFDAA" w14:textId="77777777" w:rsidR="00497817" w:rsidRPr="001709B1" w:rsidRDefault="00497817" w:rsidP="00497817">
      <w:pPr>
        <w:pStyle w:val="Heading2"/>
        <w:rPr>
          <w:sz w:val="24"/>
          <w:szCs w:val="24"/>
        </w:rPr>
      </w:pPr>
      <w:r w:rsidRPr="001709B1">
        <w:rPr>
          <w:sz w:val="24"/>
          <w:szCs w:val="24"/>
        </w:rPr>
        <w:t xml:space="preserve">3.7 </w:t>
      </w:r>
      <w:r w:rsidRPr="001709B1">
        <w:rPr>
          <w:rFonts w:ascii="Iskoola Pota" w:hAnsi="Iskoola Pota" w:cs="Iskoola Pota"/>
          <w:sz w:val="24"/>
          <w:szCs w:val="24"/>
        </w:rPr>
        <w:t>ප්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රතිඵල</w:t>
      </w:r>
    </w:p>
    <w:p w14:paraId="260C370E" w14:textId="77777777" w:rsidR="00497817" w:rsidRPr="001709B1" w:rsidRDefault="00497817" w:rsidP="00497817">
      <w:pPr>
        <w:rPr>
          <w:rFonts w:cs="Iskoola Pota" w:hint="cs"/>
          <w:sz w:val="24"/>
          <w:szCs w:val="24"/>
          <w:lang w:bidi="si-LK"/>
        </w:rPr>
      </w:pPr>
      <w:r w:rsidRPr="001709B1">
        <w:rPr>
          <w:rFonts w:ascii="Iskoola Pota" w:hAnsi="Iskoola Pota" w:cs="Iskoola Pota"/>
          <w:sz w:val="24"/>
          <w:szCs w:val="24"/>
        </w:rPr>
        <w:t>සොයාගැනීම්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නිවැරදිව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පැහැදිලිව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සහ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තාර්කික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අනුපිළිවෙළකට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ඉදිරිපත්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කරන්න</w:t>
      </w:r>
      <w:r w:rsidRPr="001709B1">
        <w:rPr>
          <w:sz w:val="24"/>
          <w:szCs w:val="24"/>
        </w:rPr>
        <w:t xml:space="preserve">. </w:t>
      </w:r>
      <w:r w:rsidRPr="001709B1">
        <w:rPr>
          <w:rFonts w:ascii="Iskoola Pota" w:hAnsi="Iskoola Pota" w:cs="Iskoola Pota"/>
          <w:sz w:val="24"/>
          <w:szCs w:val="24"/>
        </w:rPr>
        <w:t>අවශ්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පරිදි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වගු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රූප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සිතියම්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ඡායාරූප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සහ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රස්තාර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භාවිත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කරන්න</w:t>
      </w:r>
      <w:r w:rsidRPr="001709B1">
        <w:rPr>
          <w:sz w:val="24"/>
          <w:szCs w:val="24"/>
        </w:rPr>
        <w:t xml:space="preserve">. </w:t>
      </w:r>
      <w:r w:rsidRPr="001709B1">
        <w:rPr>
          <w:rFonts w:ascii="Iskoola Pota" w:hAnsi="Iskoola Pota" w:cs="Iskoola Pota"/>
          <w:sz w:val="24"/>
          <w:szCs w:val="24"/>
        </w:rPr>
        <w:t>හැකි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විට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රතිඵල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ඉදිරිපත්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කිරීම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ඒවායේ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අර්ථකථනයෙන්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වෙන්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</w:t>
      </w:r>
      <w:r w:rsidRPr="001709B1">
        <w:rPr>
          <w:rFonts w:cs="Iskoola Pota" w:hint="cs"/>
          <w:sz w:val="24"/>
          <w:szCs w:val="24"/>
          <w:cs/>
          <w:lang w:bidi="si-LK"/>
        </w:rPr>
        <w:t>, එවැනි අර්ථකථන සාකච්ඡා කොටසට ඇතුළු කරන්න.</w:t>
      </w:r>
    </w:p>
    <w:p w14:paraId="3DA8D4D3" w14:textId="77777777" w:rsidR="00497817" w:rsidRPr="001709B1" w:rsidRDefault="00497817" w:rsidP="00497817">
      <w:pPr>
        <w:pStyle w:val="Heading2"/>
        <w:rPr>
          <w:sz w:val="24"/>
          <w:szCs w:val="24"/>
        </w:rPr>
      </w:pPr>
      <w:r w:rsidRPr="001709B1">
        <w:rPr>
          <w:sz w:val="24"/>
          <w:szCs w:val="24"/>
        </w:rPr>
        <w:t xml:space="preserve">3.8 </w:t>
      </w:r>
      <w:r w:rsidRPr="001709B1">
        <w:rPr>
          <w:rFonts w:ascii="Iskoola Pota" w:hAnsi="Iskoola Pota" w:cs="Iskoola Pota"/>
          <w:sz w:val="24"/>
          <w:szCs w:val="24"/>
        </w:rPr>
        <w:t>සාකච්ඡාව</w:t>
      </w:r>
    </w:p>
    <w:p w14:paraId="10F97A19" w14:textId="77777777" w:rsidR="00497817" w:rsidRPr="001709B1" w:rsidRDefault="00497817" w:rsidP="00497817">
      <w:pPr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සොයාගැනීම්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පර්යේෂණ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අරමුණු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අදාළ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ශාස්ත්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රීය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රකාශන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සමඟ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සම්බන්ධ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අර්ථකථනය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කරන්න</w:t>
      </w:r>
      <w:r w:rsidRPr="001709B1">
        <w:rPr>
          <w:sz w:val="24"/>
          <w:szCs w:val="24"/>
        </w:rPr>
        <w:t xml:space="preserve">. </w:t>
      </w:r>
      <w:r w:rsidRPr="001709B1">
        <w:rPr>
          <w:rFonts w:ascii="Iskoola Pota" w:hAnsi="Iskoola Pota" w:cs="Iskoola Pota"/>
          <w:sz w:val="24"/>
          <w:szCs w:val="24"/>
        </w:rPr>
        <w:t>ඒවා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පර්යේෂණ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ගැටලුවට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පිළිතුරු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සපයන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ආකාරය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සහ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පවතින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දැනුමට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දක්වන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දායකත්වය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පැහැදිලි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කරන්න</w:t>
      </w:r>
      <w:r w:rsidRPr="001709B1">
        <w:rPr>
          <w:sz w:val="24"/>
          <w:szCs w:val="24"/>
        </w:rPr>
        <w:t xml:space="preserve">. </w:t>
      </w:r>
      <w:r w:rsidRPr="001709B1">
        <w:rPr>
          <w:rFonts w:ascii="Iskoola Pota" w:hAnsi="Iskoola Pota" w:cs="Iskoola Pota"/>
          <w:sz w:val="24"/>
          <w:szCs w:val="24"/>
        </w:rPr>
        <w:t>අදාළ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නවතම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රකාශන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භාවිත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අවශ්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නම්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සීමාවන්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ඉදිරි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පර්යේෂණ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අවස්ථා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සාකච්ඡා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කරන්න</w:t>
      </w:r>
      <w:r w:rsidRPr="001709B1">
        <w:rPr>
          <w:sz w:val="24"/>
          <w:szCs w:val="24"/>
        </w:rPr>
        <w:t>.</w:t>
      </w:r>
    </w:p>
    <w:p w14:paraId="4DCDC395" w14:textId="77777777" w:rsidR="00497817" w:rsidRPr="001709B1" w:rsidRDefault="00497817" w:rsidP="00497817">
      <w:pPr>
        <w:pStyle w:val="Heading2"/>
        <w:rPr>
          <w:sz w:val="24"/>
          <w:szCs w:val="24"/>
        </w:rPr>
      </w:pPr>
      <w:r w:rsidRPr="001709B1">
        <w:rPr>
          <w:sz w:val="24"/>
          <w:szCs w:val="24"/>
        </w:rPr>
        <w:t xml:space="preserve">3.9 </w:t>
      </w:r>
      <w:r w:rsidRPr="001709B1">
        <w:rPr>
          <w:rFonts w:ascii="Iskoola Pota" w:hAnsi="Iskoola Pota" w:cs="Iskoola Pota"/>
          <w:sz w:val="24"/>
          <w:szCs w:val="24"/>
        </w:rPr>
        <w:t>නිගමන</w:t>
      </w:r>
    </w:p>
    <w:p w14:paraId="69D5154D" w14:textId="77777777" w:rsidR="00497817" w:rsidRPr="001709B1" w:rsidRDefault="00497817" w:rsidP="00497817">
      <w:pPr>
        <w:rPr>
          <w:rFonts w:cs="Iskoola Pota" w:hint="cs"/>
          <w:sz w:val="24"/>
          <w:szCs w:val="24"/>
          <w:lang w:bidi="si-LK"/>
        </w:rPr>
      </w:pPr>
      <w:r w:rsidRPr="001709B1">
        <w:rPr>
          <w:rFonts w:ascii="Iskoola Pota" w:hAnsi="Iskoola Pota" w:cs="Iskoola Pota"/>
          <w:sz w:val="24"/>
          <w:szCs w:val="24"/>
        </w:rPr>
        <w:t>ප්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රධාන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සොයාගැනීම්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අර්ථකථන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සාරාංශ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පර්යේෂණ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අරමුණු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ඉටු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වී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ඇති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රමාණය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සහ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පර්යේෂණයේ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දායකත්වය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සඳහන්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කරන්න</w:t>
      </w:r>
      <w:r w:rsidRPr="001709B1">
        <w:rPr>
          <w:sz w:val="24"/>
          <w:szCs w:val="24"/>
        </w:rPr>
        <w:t xml:space="preserve">. </w:t>
      </w:r>
      <w:r w:rsidRPr="001709B1">
        <w:rPr>
          <w:rFonts w:ascii="Iskoola Pota" w:hAnsi="Iskoola Pota" w:cs="Iskoola Pota"/>
          <w:sz w:val="24"/>
          <w:szCs w:val="24"/>
        </w:rPr>
        <w:t>ප්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රධාන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ලිපියේ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සාකච්ඡා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නොකළ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නව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කරුණු</w:t>
      </w:r>
      <w:r w:rsidRPr="001709B1">
        <w:rPr>
          <w:rFonts w:cs="Iskoola Pota" w:hint="cs"/>
          <w:sz w:val="24"/>
          <w:szCs w:val="24"/>
          <w:cs/>
          <w:lang w:bidi="si-LK"/>
        </w:rPr>
        <w:t xml:space="preserve"> මෙහිදී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ඇතුළත්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නො</w:t>
      </w:r>
      <w:r w:rsidRPr="001709B1">
        <w:rPr>
          <w:rFonts w:cs="Iskoola Pota" w:hint="cs"/>
          <w:sz w:val="24"/>
          <w:szCs w:val="24"/>
          <w:cs/>
          <w:lang w:bidi="si-LK"/>
        </w:rPr>
        <w:t>කළ යුතුය.</w:t>
      </w:r>
    </w:p>
    <w:p w14:paraId="2E9F1393" w14:textId="77777777" w:rsidR="00497817" w:rsidRPr="001709B1" w:rsidRDefault="00497817" w:rsidP="00497817">
      <w:pPr>
        <w:pStyle w:val="Heading2"/>
        <w:rPr>
          <w:sz w:val="24"/>
          <w:szCs w:val="24"/>
        </w:rPr>
      </w:pPr>
      <w:r w:rsidRPr="001709B1">
        <w:rPr>
          <w:sz w:val="24"/>
          <w:szCs w:val="24"/>
        </w:rPr>
        <w:t xml:space="preserve">3.10 </w:t>
      </w:r>
      <w:r w:rsidRPr="001709B1">
        <w:rPr>
          <w:rFonts w:ascii="Iskoola Pota" w:hAnsi="Iskoola Pota" w:cs="Iskoola Pota"/>
          <w:sz w:val="24"/>
          <w:szCs w:val="24"/>
        </w:rPr>
        <w:t>කෘතඥතා</w:t>
      </w:r>
    </w:p>
    <w:p w14:paraId="27BEB7C2" w14:textId="77777777" w:rsidR="00497817" w:rsidRPr="001709B1" w:rsidRDefault="00497817" w:rsidP="00497817">
      <w:pPr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පර්යේෂණයට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මූල්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යමය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ශාස්ත්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රීය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තාක්ෂණික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හෝ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වෙනත්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වැදගත්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සහායක්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ලබාදුන්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පුද්ගලයන්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ආයතන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අරමුදල්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සපයන්නන්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සඳහන්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කරන්න</w:t>
      </w:r>
      <w:r w:rsidRPr="001709B1">
        <w:rPr>
          <w:sz w:val="24"/>
          <w:szCs w:val="24"/>
        </w:rPr>
        <w:t>.</w:t>
      </w:r>
    </w:p>
    <w:p w14:paraId="5A9C60A5" w14:textId="77777777" w:rsidR="00497817" w:rsidRPr="001709B1" w:rsidRDefault="00497817" w:rsidP="00497817">
      <w:pPr>
        <w:pStyle w:val="Heading2"/>
        <w:rPr>
          <w:sz w:val="24"/>
          <w:szCs w:val="24"/>
        </w:rPr>
      </w:pPr>
      <w:r w:rsidRPr="001709B1">
        <w:rPr>
          <w:sz w:val="24"/>
          <w:szCs w:val="24"/>
        </w:rPr>
        <w:t xml:space="preserve">3.11 </w:t>
      </w:r>
      <w:r w:rsidRPr="001709B1">
        <w:rPr>
          <w:rFonts w:ascii="Iskoola Pota" w:hAnsi="Iskoola Pota" w:cs="Iskoola Pota"/>
          <w:sz w:val="24"/>
          <w:szCs w:val="24"/>
        </w:rPr>
        <w:t>ආශ්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රිත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ග්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රන්ථ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නාමාවලිය</w:t>
      </w:r>
    </w:p>
    <w:p w14:paraId="3C348B9C" w14:textId="77777777" w:rsidR="00497817" w:rsidRDefault="00497817" w:rsidP="00497817">
      <w:pPr>
        <w:rPr>
          <w:sz w:val="24"/>
          <w:szCs w:val="24"/>
        </w:rPr>
      </w:pPr>
      <w:r w:rsidRPr="001709B1">
        <w:rPr>
          <w:sz w:val="24"/>
          <w:szCs w:val="24"/>
        </w:rPr>
        <w:t xml:space="preserve">Harvard </w:t>
      </w:r>
      <w:r w:rsidRPr="001709B1">
        <w:rPr>
          <w:rFonts w:ascii="Iskoola Pota" w:hAnsi="Iskoola Pota" w:cs="Iskoola Pota"/>
          <w:sz w:val="24"/>
          <w:szCs w:val="24"/>
        </w:rPr>
        <w:t>ආශ්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රිත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ග්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රන්ථ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නාමකරණ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රමය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අඛණ්ඩව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භාවිත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කරන්න</w:t>
      </w:r>
      <w:r w:rsidRPr="001709B1">
        <w:rPr>
          <w:rFonts w:cs="Iskoola Pota" w:hint="cs"/>
          <w:sz w:val="24"/>
          <w:szCs w:val="24"/>
          <w:cs/>
          <w:lang w:bidi="si-LK"/>
        </w:rPr>
        <w:t xml:space="preserve"> (උපදෙස් සඳහා පහත අංක 06 කොටස බලන්න)</w:t>
      </w:r>
      <w:r w:rsidRPr="001709B1">
        <w:rPr>
          <w:sz w:val="24"/>
          <w:szCs w:val="24"/>
        </w:rPr>
        <w:t xml:space="preserve">. </w:t>
      </w:r>
      <w:r w:rsidRPr="001709B1">
        <w:rPr>
          <w:rFonts w:ascii="Iskoola Pota" w:hAnsi="Iskoola Pota" w:cs="Iskoola Pota"/>
          <w:sz w:val="24"/>
          <w:szCs w:val="24"/>
        </w:rPr>
        <w:t>පෙළ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තුළ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ඇති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සෑම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උපුටා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දැක්වීමක්ම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නාමාවලියේ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තිබිය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යුතු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අතර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නාමාවලියේ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ඇති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සෑම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මූලාශ්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රයක්ම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පෙළ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තුළ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සඳහන්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විය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යුතුය</w:t>
      </w:r>
      <w:r w:rsidRPr="001709B1">
        <w:rPr>
          <w:sz w:val="24"/>
          <w:szCs w:val="24"/>
        </w:rPr>
        <w:t xml:space="preserve">. </w:t>
      </w:r>
      <w:r w:rsidRPr="001709B1">
        <w:rPr>
          <w:rFonts w:ascii="Iskoola Pota" w:hAnsi="Iskoola Pota" w:cs="Iskoola Pota"/>
          <w:sz w:val="24"/>
          <w:szCs w:val="24"/>
        </w:rPr>
        <w:t>කලින්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රූප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වගු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සිතියම්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හෝ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චිත්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භාවිත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විට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මුල්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මූලාශ්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උපුටා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දක්වා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අවශ්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අවසර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ලබාගන්න</w:t>
      </w:r>
      <w:r w:rsidRPr="001709B1">
        <w:rPr>
          <w:sz w:val="24"/>
          <w:szCs w:val="24"/>
        </w:rPr>
        <w:t>.</w:t>
      </w:r>
    </w:p>
    <w:p w14:paraId="0E1AF993" w14:textId="77777777" w:rsidR="00497817" w:rsidRPr="001709B1" w:rsidRDefault="00497817" w:rsidP="00497817">
      <w:pPr>
        <w:rPr>
          <w:sz w:val="24"/>
          <w:szCs w:val="24"/>
        </w:rPr>
      </w:pPr>
    </w:p>
    <w:p w14:paraId="46DCA834" w14:textId="77777777" w:rsidR="00497817" w:rsidRPr="001709B1" w:rsidRDefault="00497817" w:rsidP="00497817">
      <w:pPr>
        <w:pStyle w:val="Heading1"/>
        <w:rPr>
          <w:sz w:val="24"/>
          <w:szCs w:val="24"/>
        </w:rPr>
      </w:pPr>
      <w:r w:rsidRPr="001709B1">
        <w:rPr>
          <w:sz w:val="24"/>
          <w:szCs w:val="24"/>
        </w:rPr>
        <w:t xml:space="preserve">4. </w:t>
      </w:r>
      <w:r w:rsidRPr="001709B1">
        <w:rPr>
          <w:rFonts w:ascii="Iskoola Pota" w:hAnsi="Iskoola Pota" w:cs="Iskoola Pota"/>
          <w:sz w:val="24"/>
          <w:szCs w:val="24"/>
        </w:rPr>
        <w:t>වගු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රූප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ඡායාරූප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සහ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වෙනත්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දෘශ්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ද්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රව්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</w:t>
      </w:r>
    </w:p>
    <w:p w14:paraId="1A2DA623" w14:textId="77777777" w:rsidR="00497817" w:rsidRPr="001709B1" w:rsidRDefault="00497817" w:rsidP="00497817">
      <w:pPr>
        <w:pStyle w:val="ListBullet"/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ඡායාරූප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සඳහා</w:t>
      </w:r>
      <w:r w:rsidRPr="001709B1">
        <w:rPr>
          <w:sz w:val="24"/>
          <w:szCs w:val="24"/>
        </w:rPr>
        <w:t xml:space="preserve"> JPEG </w:t>
      </w:r>
      <w:r>
        <w:rPr>
          <w:rFonts w:cs="Iskoola Pota" w:hint="cs"/>
          <w:sz w:val="24"/>
          <w:szCs w:val="24"/>
          <w:cs/>
          <w:lang w:bidi="si-LK"/>
        </w:rPr>
        <w:t>මාදිලිය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භාවිත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හැකිය</w:t>
      </w:r>
      <w:r w:rsidRPr="001709B1">
        <w:rPr>
          <w:sz w:val="24"/>
          <w:szCs w:val="24"/>
        </w:rPr>
        <w:t>.</w:t>
      </w:r>
    </w:p>
    <w:p w14:paraId="644B5EFC" w14:textId="77777777" w:rsidR="00497817" w:rsidRPr="001709B1" w:rsidRDefault="00497817" w:rsidP="00497817">
      <w:pPr>
        <w:pStyle w:val="ListBullet"/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ප්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රස්තාර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සහ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රේඛා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චිත්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විශාල</w:t>
      </w:r>
      <w:r>
        <w:rPr>
          <w:rFonts w:cs="Iskoola Pota" w:hint="cs"/>
          <w:sz w:val="24"/>
          <w:szCs w:val="24"/>
          <w:cs/>
          <w:lang w:bidi="si-LK"/>
        </w:rPr>
        <w:t>නය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විට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ද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ගුණාත්මකභාවය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පවත්වාගන්නා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ආකෘතියකින්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සපයන්න</w:t>
      </w:r>
      <w:r w:rsidRPr="001709B1">
        <w:rPr>
          <w:sz w:val="24"/>
          <w:szCs w:val="24"/>
        </w:rPr>
        <w:t>.</w:t>
      </w:r>
    </w:p>
    <w:p w14:paraId="3A87D452" w14:textId="77777777" w:rsidR="00497817" w:rsidRPr="001709B1" w:rsidRDefault="00497817" w:rsidP="00497817">
      <w:pPr>
        <w:pStyle w:val="ListBullet"/>
        <w:rPr>
          <w:sz w:val="24"/>
          <w:szCs w:val="24"/>
        </w:rPr>
      </w:pPr>
      <w:r w:rsidRPr="001709B1">
        <w:rPr>
          <w:sz w:val="24"/>
          <w:szCs w:val="24"/>
        </w:rPr>
        <w:lastRenderedPageBreak/>
        <w:t xml:space="preserve">JPEG/TIFF </w:t>
      </w:r>
      <w:r w:rsidRPr="001709B1">
        <w:rPr>
          <w:rFonts w:ascii="Iskoola Pota" w:hAnsi="Iskoola Pota" w:cs="Iskoola Pota"/>
          <w:sz w:val="24"/>
          <w:szCs w:val="24"/>
        </w:rPr>
        <w:t>වැනි</w:t>
      </w:r>
      <w:r w:rsidRPr="001709B1">
        <w:rPr>
          <w:sz w:val="24"/>
          <w:szCs w:val="24"/>
        </w:rPr>
        <w:t xml:space="preserve"> raster </w:t>
      </w:r>
      <w:r w:rsidRPr="001709B1">
        <w:rPr>
          <w:rFonts w:ascii="Iskoola Pota" w:hAnsi="Iskoola Pota" w:cs="Iskoola Pota"/>
          <w:sz w:val="24"/>
          <w:szCs w:val="24"/>
        </w:rPr>
        <w:t>රූප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අවම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වශයෙන්</w:t>
      </w:r>
      <w:r w:rsidRPr="001709B1">
        <w:rPr>
          <w:sz w:val="24"/>
          <w:szCs w:val="24"/>
        </w:rPr>
        <w:t xml:space="preserve"> 300 dpi </w:t>
      </w:r>
      <w:r w:rsidRPr="001709B1">
        <w:rPr>
          <w:rFonts w:ascii="Iskoola Pota" w:hAnsi="Iskoola Pota" w:cs="Iskoola Pota"/>
          <w:sz w:val="24"/>
          <w:szCs w:val="24"/>
        </w:rPr>
        <w:t>ද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රේඛා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චිත්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අවම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වශයෙන්</w:t>
      </w:r>
      <w:r w:rsidRPr="001709B1">
        <w:rPr>
          <w:sz w:val="24"/>
          <w:szCs w:val="24"/>
        </w:rPr>
        <w:t xml:space="preserve"> 800 dpi </w:t>
      </w:r>
      <w:r w:rsidRPr="001709B1">
        <w:rPr>
          <w:rFonts w:ascii="Iskoola Pota" w:hAnsi="Iskoola Pota" w:cs="Iskoola Pota"/>
          <w:sz w:val="24"/>
          <w:szCs w:val="24"/>
        </w:rPr>
        <w:t>ද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විය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යුතුය</w:t>
      </w:r>
      <w:r w:rsidRPr="001709B1">
        <w:rPr>
          <w:sz w:val="24"/>
          <w:szCs w:val="24"/>
        </w:rPr>
        <w:t>.</w:t>
      </w:r>
    </w:p>
    <w:p w14:paraId="07E9216A" w14:textId="77777777" w:rsidR="00497817" w:rsidRPr="001709B1" w:rsidRDefault="00497817" w:rsidP="00497817">
      <w:pPr>
        <w:pStyle w:val="ListBullet"/>
        <w:rPr>
          <w:sz w:val="24"/>
          <w:szCs w:val="24"/>
        </w:rPr>
      </w:pPr>
      <w:r w:rsidRPr="001709B1">
        <w:rPr>
          <w:sz w:val="24"/>
          <w:szCs w:val="24"/>
        </w:rPr>
        <w:t xml:space="preserve">Word </w:t>
      </w:r>
      <w:r w:rsidRPr="001709B1">
        <w:rPr>
          <w:rFonts w:ascii="Iskoola Pota" w:hAnsi="Iskoola Pota" w:cs="Iskoola Pota"/>
          <w:sz w:val="24"/>
          <w:szCs w:val="24"/>
        </w:rPr>
        <w:t>තුළ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සකස්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වගු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රූප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අදාළ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ස්ථානයේම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ලිපියට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ඇතුළත්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කරන්න</w:t>
      </w:r>
      <w:r w:rsidRPr="001709B1">
        <w:rPr>
          <w:sz w:val="24"/>
          <w:szCs w:val="24"/>
        </w:rPr>
        <w:t>.</w:t>
      </w:r>
    </w:p>
    <w:p w14:paraId="15B387E6" w14:textId="77777777" w:rsidR="00497817" w:rsidRPr="001709B1" w:rsidRDefault="00497817" w:rsidP="00497817">
      <w:pPr>
        <w:pStyle w:val="ListBullet"/>
        <w:rPr>
          <w:sz w:val="24"/>
          <w:szCs w:val="24"/>
        </w:rPr>
      </w:pPr>
      <w:r w:rsidRPr="001709B1">
        <w:rPr>
          <w:sz w:val="24"/>
          <w:szCs w:val="24"/>
        </w:rPr>
        <w:t xml:space="preserve">Word </w:t>
      </w:r>
      <w:r w:rsidRPr="001709B1">
        <w:rPr>
          <w:rFonts w:ascii="Iskoola Pota" w:hAnsi="Iskoola Pota" w:cs="Iskoola Pota"/>
          <w:sz w:val="24"/>
          <w:szCs w:val="24"/>
        </w:rPr>
        <w:t>වලින්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පිටත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සකස්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රූප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ගොනු</w:t>
      </w:r>
      <w:r w:rsidRPr="001709B1">
        <w:rPr>
          <w:sz w:val="24"/>
          <w:szCs w:val="24"/>
        </w:rPr>
        <w:t xml:space="preserve"> (Excel, PowerPoint, JPG, TIFF, EPS, PDF </w:t>
      </w:r>
      <w:r w:rsidRPr="001709B1">
        <w:rPr>
          <w:rFonts w:ascii="Iskoola Pota" w:hAnsi="Iskoola Pota" w:cs="Iskoola Pota"/>
          <w:sz w:val="24"/>
          <w:szCs w:val="24"/>
        </w:rPr>
        <w:t>ආදිය</w:t>
      </w:r>
      <w:r w:rsidRPr="001709B1">
        <w:rPr>
          <w:sz w:val="24"/>
          <w:szCs w:val="24"/>
        </w:rPr>
        <w:t xml:space="preserve">) </w:t>
      </w:r>
      <w:r w:rsidRPr="001709B1">
        <w:rPr>
          <w:rFonts w:ascii="Iskoola Pota" w:hAnsi="Iskoola Pota" w:cs="Iskoola Pota"/>
          <w:sz w:val="24"/>
          <w:szCs w:val="24"/>
        </w:rPr>
        <w:t>වෙනම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ඉදිරිපත්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කරන්න</w:t>
      </w:r>
      <w:r w:rsidRPr="001709B1">
        <w:rPr>
          <w:sz w:val="24"/>
          <w:szCs w:val="24"/>
        </w:rPr>
        <w:t>.</w:t>
      </w:r>
    </w:p>
    <w:p w14:paraId="2371325C" w14:textId="77777777" w:rsidR="00497817" w:rsidRPr="001709B1" w:rsidRDefault="00497817" w:rsidP="00497817">
      <w:pPr>
        <w:pStyle w:val="ListBullet"/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වෙනම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යොමු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රූප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සඳහා</w:t>
      </w:r>
      <w:r w:rsidRPr="001709B1">
        <w:rPr>
          <w:sz w:val="24"/>
          <w:szCs w:val="24"/>
        </w:rPr>
        <w:t xml:space="preserve"> [</w:t>
      </w:r>
      <w:r>
        <w:rPr>
          <w:rFonts w:cs="Iskoola Pota" w:hint="cs"/>
          <w:sz w:val="24"/>
          <w:szCs w:val="24"/>
          <w:cs/>
          <w:lang w:bidi="si-LK"/>
        </w:rPr>
        <w:t xml:space="preserve">රූපය 1 </w:t>
      </w:r>
      <w:r w:rsidRPr="001709B1">
        <w:rPr>
          <w:rFonts w:ascii="Iskoola Pota" w:hAnsi="Iskoola Pota" w:cs="Iskoola Pota"/>
          <w:sz w:val="24"/>
          <w:szCs w:val="24"/>
        </w:rPr>
        <w:t>මෙහි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ඇතුළත්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කරන්න</w:t>
      </w:r>
      <w:r w:rsidRPr="001709B1">
        <w:rPr>
          <w:sz w:val="24"/>
          <w:szCs w:val="24"/>
        </w:rPr>
        <w:t xml:space="preserve">] </w:t>
      </w:r>
      <w:r w:rsidRPr="001709B1">
        <w:rPr>
          <w:rFonts w:ascii="Iskoola Pota" w:hAnsi="Iskoola Pota" w:cs="Iskoola Pota"/>
          <w:sz w:val="24"/>
          <w:szCs w:val="24"/>
        </w:rPr>
        <w:t>වැනි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ස්ථාන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සලකුණක්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ලිපිය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තුළ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යොදන්න</w:t>
      </w:r>
      <w:r w:rsidRPr="001709B1">
        <w:rPr>
          <w:sz w:val="24"/>
          <w:szCs w:val="24"/>
        </w:rPr>
        <w:t>.</w:t>
      </w:r>
    </w:p>
    <w:p w14:paraId="48A5C8EA" w14:textId="77777777" w:rsidR="00497817" w:rsidRDefault="00497817" w:rsidP="00497817">
      <w:pPr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සියලු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වගු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රූප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අංකනය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ශීර්ෂ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යොදා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පෙළ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තුළ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ඒවා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සඳහන්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කරන්න</w:t>
      </w:r>
      <w:r w:rsidRPr="001709B1">
        <w:rPr>
          <w:sz w:val="24"/>
          <w:szCs w:val="24"/>
        </w:rPr>
        <w:t xml:space="preserve">. </w:t>
      </w:r>
      <w:r w:rsidRPr="001709B1">
        <w:rPr>
          <w:rFonts w:ascii="Iskoola Pota" w:hAnsi="Iskoola Pota" w:cs="Iskoola Pota"/>
          <w:sz w:val="24"/>
          <w:szCs w:val="24"/>
        </w:rPr>
        <w:t>වෙනත්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මූලාශ්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රවලින්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ලබාගත්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ද්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රව්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සඳහා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මූලාශ්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දක්වන්න</w:t>
      </w:r>
      <w:r w:rsidRPr="001709B1">
        <w:rPr>
          <w:sz w:val="24"/>
          <w:szCs w:val="24"/>
        </w:rPr>
        <w:t>.</w:t>
      </w:r>
    </w:p>
    <w:p w14:paraId="63BAED47" w14:textId="77777777" w:rsidR="00497817" w:rsidRPr="001709B1" w:rsidRDefault="00497817" w:rsidP="00497817">
      <w:pPr>
        <w:rPr>
          <w:sz w:val="24"/>
          <w:szCs w:val="24"/>
        </w:rPr>
      </w:pPr>
    </w:p>
    <w:p w14:paraId="1B199C84" w14:textId="77777777" w:rsidR="00497817" w:rsidRPr="001709B1" w:rsidRDefault="00497817" w:rsidP="00497817">
      <w:pPr>
        <w:pStyle w:val="Heading1"/>
        <w:rPr>
          <w:sz w:val="24"/>
          <w:szCs w:val="24"/>
        </w:rPr>
      </w:pPr>
      <w:r w:rsidRPr="001709B1">
        <w:rPr>
          <w:sz w:val="24"/>
          <w:szCs w:val="24"/>
        </w:rPr>
        <w:t xml:space="preserve">5. </w:t>
      </w:r>
      <w:r w:rsidRPr="001709B1">
        <w:rPr>
          <w:rFonts w:ascii="Iskoola Pota" w:hAnsi="Iskoola Pota" w:cs="Iskoola Pota"/>
          <w:sz w:val="24"/>
          <w:szCs w:val="24"/>
        </w:rPr>
        <w:t>ලිපි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ඉදිරිපත්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කිරීම</w:t>
      </w:r>
    </w:p>
    <w:p w14:paraId="40962FD2" w14:textId="77777777" w:rsidR="00497817" w:rsidRPr="001709B1" w:rsidRDefault="00497817" w:rsidP="00497817">
      <w:pPr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සියලුම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ලිපි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විද්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යුත්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තැපෑලෙන්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පහත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ලිපිනයට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යොමු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යුතුය</w:t>
      </w:r>
      <w:r w:rsidRPr="001709B1">
        <w:rPr>
          <w:sz w:val="24"/>
          <w:szCs w:val="24"/>
        </w:rPr>
        <w:t>:</w:t>
      </w:r>
    </w:p>
    <w:p w14:paraId="5CB56A26" w14:textId="77777777" w:rsidR="00497817" w:rsidRPr="001709B1" w:rsidRDefault="00497817" w:rsidP="00497817">
      <w:pPr>
        <w:jc w:val="center"/>
        <w:rPr>
          <w:sz w:val="24"/>
          <w:szCs w:val="24"/>
        </w:rPr>
      </w:pPr>
      <w:r w:rsidRPr="001709B1">
        <w:rPr>
          <w:rFonts w:ascii="Iskoola Pota" w:hAnsi="Iskoola Pota"/>
          <w:b/>
          <w:sz w:val="24"/>
          <w:szCs w:val="24"/>
        </w:rPr>
        <w:t>jahs@ssh.rjt.ac.lk</w:t>
      </w:r>
    </w:p>
    <w:p w14:paraId="36B60BFF" w14:textId="77777777" w:rsidR="00497817" w:rsidRPr="001709B1" w:rsidRDefault="00497817" w:rsidP="00497817">
      <w:pPr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ඉදිරිපත්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කිරීම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සමඟ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පහත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දෑ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ඇතුළත්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කරන්න</w:t>
      </w:r>
      <w:r w:rsidRPr="001709B1">
        <w:rPr>
          <w:sz w:val="24"/>
          <w:szCs w:val="24"/>
        </w:rPr>
        <w:t>:</w:t>
      </w:r>
    </w:p>
    <w:p w14:paraId="00F70776" w14:textId="77777777" w:rsidR="00497817" w:rsidRPr="001709B1" w:rsidRDefault="00497817" w:rsidP="00497817">
      <w:pPr>
        <w:pStyle w:val="ListBullet"/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සංස්කරණය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හැකි</w:t>
      </w:r>
      <w:r w:rsidRPr="001709B1">
        <w:rPr>
          <w:sz w:val="24"/>
          <w:szCs w:val="24"/>
        </w:rPr>
        <w:t xml:space="preserve"> Word-</w:t>
      </w:r>
      <w:r w:rsidRPr="001709B1">
        <w:rPr>
          <w:rFonts w:ascii="Iskoola Pota" w:hAnsi="Iskoola Pota" w:cs="Iskoola Pota"/>
          <w:sz w:val="24"/>
          <w:szCs w:val="24"/>
        </w:rPr>
        <w:t>අනුකූල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ගොනුවක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සම්පූර්ණ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ලිපිය</w:t>
      </w:r>
      <w:r w:rsidRPr="001709B1">
        <w:rPr>
          <w:sz w:val="24"/>
          <w:szCs w:val="24"/>
        </w:rPr>
        <w:t>.</w:t>
      </w:r>
    </w:p>
    <w:p w14:paraId="1FE5FAD5" w14:textId="77777777" w:rsidR="00497817" w:rsidRPr="001709B1" w:rsidRDefault="00497817" w:rsidP="00497817">
      <w:pPr>
        <w:pStyle w:val="ListBullet"/>
        <w:rPr>
          <w:sz w:val="24"/>
          <w:szCs w:val="24"/>
        </w:rPr>
      </w:pPr>
      <w:r>
        <w:rPr>
          <w:rFonts w:cs="Iskoola Pota" w:hint="cs"/>
          <w:sz w:val="24"/>
          <w:szCs w:val="24"/>
          <w:cs/>
          <w:lang w:bidi="si-LK"/>
        </w:rPr>
        <w:t xml:space="preserve">ප්‍රධාන </w:t>
      </w:r>
      <w:r w:rsidRPr="001709B1">
        <w:rPr>
          <w:rFonts w:ascii="Iskoola Pota" w:hAnsi="Iskoola Pota" w:cs="Iskoola Pota"/>
          <w:sz w:val="24"/>
          <w:szCs w:val="24"/>
        </w:rPr>
        <w:t>කර්තෘවරයා</w:t>
      </w:r>
      <w:r w:rsidRPr="001709B1">
        <w:rPr>
          <w:sz w:val="24"/>
          <w:szCs w:val="24"/>
        </w:rPr>
        <w:t xml:space="preserve"> </w:t>
      </w:r>
      <w:r>
        <w:rPr>
          <w:rFonts w:cs="Iskoola Pota" w:hint="cs"/>
          <w:sz w:val="24"/>
          <w:szCs w:val="24"/>
          <w:cs/>
          <w:lang w:bidi="si-LK"/>
        </w:rPr>
        <w:t xml:space="preserve">වෙනම හඳුනාගත හැකි ලෙස </w:t>
      </w:r>
      <w:r w:rsidRPr="001709B1">
        <w:rPr>
          <w:rFonts w:ascii="Iskoola Pota" w:hAnsi="Iskoola Pota" w:cs="Iskoola Pota"/>
          <w:sz w:val="24"/>
          <w:szCs w:val="24"/>
        </w:rPr>
        <w:t>සම්පූර්ණ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කර්තෘ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තොරතුරු</w:t>
      </w:r>
      <w:r w:rsidRPr="001709B1">
        <w:rPr>
          <w:sz w:val="24"/>
          <w:szCs w:val="24"/>
        </w:rPr>
        <w:t>.</w:t>
      </w:r>
    </w:p>
    <w:p w14:paraId="54D4835D" w14:textId="77777777" w:rsidR="00497817" w:rsidRPr="001709B1" w:rsidRDefault="00497817" w:rsidP="00497817">
      <w:pPr>
        <w:pStyle w:val="ListBullet"/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වෙනම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ගොනුවක්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ලෙස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සම්පූර්ණ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කළ</w:t>
      </w:r>
      <w:r w:rsidRPr="001709B1">
        <w:rPr>
          <w:sz w:val="24"/>
          <w:szCs w:val="24"/>
        </w:rPr>
        <w:t xml:space="preserve"> Form No. 01</w:t>
      </w:r>
      <w:r>
        <w:rPr>
          <w:rFonts w:cs="Iskoola Pota" w:hint="cs"/>
          <w:sz w:val="24"/>
          <w:szCs w:val="24"/>
          <w:cs/>
          <w:lang w:bidi="si-LK"/>
        </w:rPr>
        <w:t xml:space="preserve"> (පහත ඇමුණුම 01 භාවිත කරන්න)</w:t>
      </w:r>
      <w:r w:rsidRPr="001709B1">
        <w:rPr>
          <w:sz w:val="24"/>
          <w:szCs w:val="24"/>
        </w:rPr>
        <w:t>.</w:t>
      </w:r>
    </w:p>
    <w:p w14:paraId="77C05EC9" w14:textId="77777777" w:rsidR="00497817" w:rsidRPr="001709B1" w:rsidRDefault="00497817" w:rsidP="00497817">
      <w:pPr>
        <w:pStyle w:val="ListBullet"/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ඉහළ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ගුණාත්මකභාවයෙන්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යුත්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රූප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අමතර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ගොනු</w:t>
      </w:r>
      <w:r w:rsidRPr="001709B1">
        <w:rPr>
          <w:sz w:val="24"/>
          <w:szCs w:val="24"/>
        </w:rPr>
        <w:t>.</w:t>
      </w:r>
    </w:p>
    <w:p w14:paraId="2A013F01" w14:textId="77777777" w:rsidR="00497817" w:rsidRDefault="00497817" w:rsidP="00497817">
      <w:pPr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විද්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යුත්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තැපෑලේ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විෂය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ලෙස</w:t>
      </w:r>
      <w:r w:rsidRPr="001709B1">
        <w:rPr>
          <w:sz w:val="24"/>
          <w:szCs w:val="24"/>
        </w:rPr>
        <w:t xml:space="preserve"> “JAHS Submission – [</w:t>
      </w:r>
      <w:r>
        <w:rPr>
          <w:sz w:val="24"/>
          <w:szCs w:val="24"/>
        </w:rPr>
        <w:t>Name of the article</w:t>
      </w:r>
      <w:r w:rsidRPr="001709B1">
        <w:rPr>
          <w:sz w:val="24"/>
          <w:szCs w:val="24"/>
        </w:rPr>
        <w:t xml:space="preserve">]” </w:t>
      </w:r>
      <w:r w:rsidRPr="001709B1">
        <w:rPr>
          <w:rFonts w:ascii="Iskoola Pota" w:hAnsi="Iskoola Pota" w:cs="Iskoola Pota"/>
          <w:sz w:val="24"/>
          <w:szCs w:val="24"/>
        </w:rPr>
        <w:t>යන්න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භාවිත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කිරීම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නිර්දේශ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කෙරේ</w:t>
      </w:r>
      <w:r w:rsidRPr="001709B1">
        <w:rPr>
          <w:sz w:val="24"/>
          <w:szCs w:val="24"/>
        </w:rPr>
        <w:t>.</w:t>
      </w:r>
    </w:p>
    <w:p w14:paraId="13629AB9" w14:textId="77777777" w:rsidR="00497817" w:rsidRPr="001709B1" w:rsidRDefault="00497817" w:rsidP="00497817">
      <w:pPr>
        <w:rPr>
          <w:sz w:val="24"/>
          <w:szCs w:val="24"/>
        </w:rPr>
      </w:pPr>
    </w:p>
    <w:p w14:paraId="0CDAD81E" w14:textId="77777777" w:rsidR="00497817" w:rsidRPr="00FD5911" w:rsidRDefault="00497817" w:rsidP="00497817">
      <w:pPr>
        <w:pStyle w:val="Heading1"/>
        <w:rPr>
          <w:rFonts w:cs="Iskoola Pota" w:hint="cs"/>
          <w:sz w:val="24"/>
          <w:szCs w:val="24"/>
          <w:lang w:bidi="si-LK"/>
        </w:rPr>
      </w:pPr>
      <w:r w:rsidRPr="001709B1">
        <w:rPr>
          <w:sz w:val="24"/>
          <w:szCs w:val="24"/>
        </w:rPr>
        <w:t xml:space="preserve">6. </w:t>
      </w:r>
      <w:r w:rsidRPr="001709B1">
        <w:rPr>
          <w:rFonts w:ascii="Iskoola Pota" w:hAnsi="Iskoola Pota" w:cs="Iskoola Pota"/>
          <w:sz w:val="24"/>
          <w:szCs w:val="24"/>
        </w:rPr>
        <w:t>ආශ්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රිත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ග්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රන්ථ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නා</w:t>
      </w:r>
      <w:r>
        <w:rPr>
          <w:rFonts w:ascii="Iskoola Pota" w:hAnsi="Iskoola Pota" w:cs="Iskoola Pota" w:hint="cs"/>
          <w:sz w:val="24"/>
          <w:szCs w:val="24"/>
          <w:cs/>
          <w:lang w:bidi="si-LK"/>
        </w:rPr>
        <w:t>මාවලිය</w:t>
      </w:r>
      <w:r w:rsidRPr="001709B1">
        <w:rPr>
          <w:sz w:val="24"/>
          <w:szCs w:val="24"/>
        </w:rPr>
        <w:t xml:space="preserve"> </w:t>
      </w:r>
    </w:p>
    <w:p w14:paraId="42A1A6B4" w14:textId="77777777" w:rsidR="00497817" w:rsidRPr="001709B1" w:rsidRDefault="00497817" w:rsidP="00497817">
      <w:pPr>
        <w:rPr>
          <w:sz w:val="24"/>
          <w:szCs w:val="24"/>
        </w:rPr>
      </w:pPr>
      <w:r w:rsidRPr="001709B1">
        <w:rPr>
          <w:sz w:val="24"/>
          <w:szCs w:val="24"/>
        </w:rPr>
        <w:t xml:space="preserve">JAHS </w:t>
      </w:r>
      <w:r w:rsidRPr="001709B1">
        <w:rPr>
          <w:rFonts w:ascii="Iskoola Pota" w:hAnsi="Iskoola Pota" w:cs="Iskoola Pota"/>
          <w:sz w:val="24"/>
          <w:szCs w:val="24"/>
        </w:rPr>
        <w:t>සඟරාව</w:t>
      </w:r>
      <w:r w:rsidRPr="001709B1">
        <w:rPr>
          <w:sz w:val="24"/>
          <w:szCs w:val="24"/>
        </w:rPr>
        <w:t xml:space="preserve"> Harvard </w:t>
      </w:r>
      <w:r w:rsidRPr="001709B1">
        <w:rPr>
          <w:rFonts w:ascii="Iskoola Pota" w:hAnsi="Iskoola Pota" w:cs="Iskoola Pota"/>
          <w:sz w:val="24"/>
          <w:szCs w:val="24"/>
        </w:rPr>
        <w:t>ක්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රමය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භාවිත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කරයි</w:t>
      </w:r>
      <w:r w:rsidRPr="001709B1">
        <w:rPr>
          <w:sz w:val="24"/>
          <w:szCs w:val="24"/>
        </w:rPr>
        <w:t xml:space="preserve">. </w:t>
      </w:r>
      <w:r w:rsidRPr="001709B1">
        <w:rPr>
          <w:rFonts w:ascii="Iskoola Pota" w:hAnsi="Iskoola Pota" w:cs="Iskoola Pota"/>
          <w:sz w:val="24"/>
          <w:szCs w:val="24"/>
        </w:rPr>
        <w:t>පෙළ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තුළ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කර්තෘ</w:t>
      </w:r>
      <w:r w:rsidRPr="001709B1">
        <w:rPr>
          <w:sz w:val="24"/>
          <w:szCs w:val="24"/>
        </w:rPr>
        <w:t>–</w:t>
      </w:r>
      <w:r w:rsidRPr="001709B1">
        <w:rPr>
          <w:rFonts w:ascii="Iskoola Pota" w:hAnsi="Iskoola Pota" w:cs="Iskoola Pota"/>
          <w:sz w:val="24"/>
          <w:szCs w:val="24"/>
        </w:rPr>
        <w:t>වර්ෂ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රමය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අනුගමනය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ආශ්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රිත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ග්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රන්ථ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නාමාවලිය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පළමු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කර්තෘගේ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වාසගම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අනුව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අකාරාදී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පිළිවෙළට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සකස්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කරන්න</w:t>
      </w:r>
      <w:r w:rsidRPr="001709B1">
        <w:rPr>
          <w:sz w:val="24"/>
          <w:szCs w:val="24"/>
        </w:rPr>
        <w:t>.</w:t>
      </w:r>
    </w:p>
    <w:p w14:paraId="4E851CE2" w14:textId="77777777" w:rsidR="00497817" w:rsidRPr="00BA7A5D" w:rsidRDefault="00497817" w:rsidP="00497817">
      <w:pPr>
        <w:pStyle w:val="Heading2"/>
        <w:rPr>
          <w:color w:val="000000" w:themeColor="text1"/>
          <w:sz w:val="24"/>
          <w:szCs w:val="24"/>
        </w:rPr>
      </w:pPr>
      <w:r w:rsidRPr="00BA7A5D">
        <w:rPr>
          <w:rFonts w:ascii="Iskoola Pota" w:hAnsi="Iskoola Pota" w:cs="Iskoola Pota" w:hint="cs"/>
          <w:color w:val="000000" w:themeColor="text1"/>
          <w:sz w:val="24"/>
          <w:szCs w:val="24"/>
          <w:cs/>
          <w:lang w:bidi="si-LK"/>
        </w:rPr>
        <w:t>කෘති</w:t>
      </w:r>
    </w:p>
    <w:p w14:paraId="63B1ED9B" w14:textId="77777777" w:rsidR="00497817" w:rsidRPr="001709B1" w:rsidRDefault="00497817" w:rsidP="00497817">
      <w:pPr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වාසගම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මුලකුරු</w:t>
      </w:r>
      <w:r w:rsidRPr="001709B1">
        <w:rPr>
          <w:sz w:val="24"/>
          <w:szCs w:val="24"/>
        </w:rPr>
        <w:t xml:space="preserve">., </w:t>
      </w:r>
      <w:r w:rsidRPr="001709B1">
        <w:rPr>
          <w:rFonts w:ascii="Iskoola Pota" w:hAnsi="Iskoola Pota" w:cs="Iskoola Pota"/>
          <w:sz w:val="24"/>
          <w:szCs w:val="24"/>
        </w:rPr>
        <w:t>වර්ෂය</w:t>
      </w:r>
      <w:r w:rsidRPr="001709B1">
        <w:rPr>
          <w:sz w:val="24"/>
          <w:szCs w:val="24"/>
        </w:rPr>
        <w:t xml:space="preserve">. </w:t>
      </w:r>
      <w:r>
        <w:rPr>
          <w:rFonts w:cs="Iskoola Pota" w:hint="cs"/>
          <w:sz w:val="24"/>
          <w:szCs w:val="24"/>
          <w:cs/>
          <w:lang w:bidi="si-LK"/>
        </w:rPr>
        <w:t xml:space="preserve">කෘතියේ </w:t>
      </w:r>
      <w:r w:rsidRPr="0048588B">
        <w:rPr>
          <w:rFonts w:ascii="Iskoola Pota" w:hAnsi="Iskoola Pota" w:cs="Iskoola Pota"/>
          <w:i/>
          <w:iCs/>
          <w:sz w:val="24"/>
          <w:szCs w:val="24"/>
        </w:rPr>
        <w:t>මාතෘකාව</w:t>
      </w:r>
      <w:r w:rsidRPr="001709B1">
        <w:rPr>
          <w:sz w:val="24"/>
          <w:szCs w:val="24"/>
        </w:rPr>
        <w:t xml:space="preserve">. </w:t>
      </w:r>
      <w:r w:rsidRPr="001709B1">
        <w:rPr>
          <w:rFonts w:ascii="Iskoola Pota" w:hAnsi="Iskoola Pota" w:cs="Iskoola Pota"/>
          <w:sz w:val="24"/>
          <w:szCs w:val="24"/>
        </w:rPr>
        <w:t>ප්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රකාශන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ස්ථානය</w:t>
      </w:r>
      <w:r w:rsidRPr="001709B1">
        <w:rPr>
          <w:sz w:val="24"/>
          <w:szCs w:val="24"/>
        </w:rPr>
        <w:t xml:space="preserve">: </w:t>
      </w:r>
      <w:r w:rsidRPr="001709B1">
        <w:rPr>
          <w:rFonts w:ascii="Iskoola Pota" w:hAnsi="Iskoola Pota" w:cs="Iskoola Pota"/>
          <w:sz w:val="24"/>
          <w:szCs w:val="24"/>
        </w:rPr>
        <w:t>ප්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රකාශකයා</w:t>
      </w:r>
      <w:r w:rsidRPr="001709B1">
        <w:rPr>
          <w:sz w:val="24"/>
          <w:szCs w:val="24"/>
        </w:rPr>
        <w:t>.</w:t>
      </w:r>
    </w:p>
    <w:p w14:paraId="3BF5358A" w14:textId="77777777" w:rsidR="00497817" w:rsidRPr="001709B1" w:rsidRDefault="00497817" w:rsidP="00497817">
      <w:pPr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උදාහරණය</w:t>
      </w:r>
      <w:r w:rsidRPr="001709B1">
        <w:rPr>
          <w:sz w:val="24"/>
          <w:szCs w:val="24"/>
        </w:rPr>
        <w:t xml:space="preserve">: Deraniyagala, S.U., 1992. </w:t>
      </w:r>
      <w:r w:rsidRPr="0048588B">
        <w:rPr>
          <w:i/>
          <w:iCs/>
          <w:sz w:val="24"/>
          <w:szCs w:val="24"/>
        </w:rPr>
        <w:t>The Prehistory of Sri Lanka: An Ecological Perspective.</w:t>
      </w:r>
      <w:r w:rsidRPr="001709B1">
        <w:rPr>
          <w:sz w:val="24"/>
          <w:szCs w:val="24"/>
        </w:rPr>
        <w:t xml:space="preserve"> Colombo: Archaeological Survey Department.</w:t>
      </w:r>
    </w:p>
    <w:p w14:paraId="4913CDFE" w14:textId="77777777" w:rsidR="00497817" w:rsidRPr="00BA7A5D" w:rsidRDefault="00497817" w:rsidP="00497817">
      <w:pPr>
        <w:pStyle w:val="Heading2"/>
        <w:rPr>
          <w:color w:val="000000" w:themeColor="text1"/>
          <w:sz w:val="24"/>
          <w:szCs w:val="24"/>
        </w:rPr>
      </w:pPr>
      <w:r w:rsidRPr="00BA7A5D">
        <w:rPr>
          <w:rFonts w:ascii="Iskoola Pota" w:hAnsi="Iskoola Pota" w:cs="Iskoola Pota" w:hint="cs"/>
          <w:color w:val="000000" w:themeColor="text1"/>
          <w:sz w:val="24"/>
          <w:szCs w:val="24"/>
          <w:cs/>
          <w:lang w:bidi="si-LK"/>
        </w:rPr>
        <w:t>කෘතියක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පරිච්ඡේද</w:t>
      </w:r>
    </w:p>
    <w:p w14:paraId="17D26178" w14:textId="77777777" w:rsidR="00497817" w:rsidRPr="00BA7A5D" w:rsidRDefault="00497817" w:rsidP="00497817">
      <w:pPr>
        <w:rPr>
          <w:rFonts w:cs="Iskoola Pota"/>
          <w:color w:val="000000" w:themeColor="text1"/>
          <w:sz w:val="24"/>
          <w:szCs w:val="24"/>
          <w:lang w:bidi="si-LK"/>
        </w:rPr>
      </w:pP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වාසගම</w:t>
      </w:r>
      <w:r w:rsidRPr="00BA7A5D">
        <w:rPr>
          <w:color w:val="000000" w:themeColor="text1"/>
          <w:sz w:val="24"/>
          <w:szCs w:val="24"/>
        </w:rPr>
        <w:t xml:space="preserve">,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මුලකුරු</w:t>
      </w:r>
      <w:r w:rsidRPr="00BA7A5D">
        <w:rPr>
          <w:color w:val="000000" w:themeColor="text1"/>
          <w:sz w:val="24"/>
          <w:szCs w:val="24"/>
        </w:rPr>
        <w:t xml:space="preserve">.,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වර්ෂය</w:t>
      </w:r>
      <w:r w:rsidRPr="00BA7A5D">
        <w:rPr>
          <w:color w:val="000000" w:themeColor="text1"/>
          <w:sz w:val="24"/>
          <w:szCs w:val="24"/>
        </w:rPr>
        <w:t>. ‘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පරිච්ඡේදයේ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මාතෘකාව</w:t>
      </w:r>
      <w:r w:rsidRPr="00BA7A5D">
        <w:rPr>
          <w:color w:val="000000" w:themeColor="text1"/>
          <w:sz w:val="24"/>
          <w:szCs w:val="24"/>
        </w:rPr>
        <w:t xml:space="preserve">’. In: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සංස්කාරකගේ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මුලකුරු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හා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වාසගම</w:t>
      </w:r>
      <w:r w:rsidRPr="00BA7A5D">
        <w:rPr>
          <w:color w:val="000000" w:themeColor="text1"/>
          <w:sz w:val="24"/>
          <w:szCs w:val="24"/>
        </w:rPr>
        <w:t xml:space="preserve"> (ed.), </w:t>
      </w:r>
      <w:r w:rsidRPr="00BA7A5D">
        <w:rPr>
          <w:rFonts w:cs="Iskoola Pota" w:hint="cs"/>
          <w:i/>
          <w:iCs/>
          <w:color w:val="000000" w:themeColor="text1"/>
          <w:sz w:val="24"/>
          <w:szCs w:val="24"/>
          <w:cs/>
          <w:lang w:bidi="si-LK"/>
        </w:rPr>
        <w:t>කෘතියේ</w:t>
      </w:r>
      <w:r w:rsidRPr="00BA7A5D">
        <w:rPr>
          <w:i/>
          <w:iCs/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i/>
          <w:iCs/>
          <w:color w:val="000000" w:themeColor="text1"/>
          <w:sz w:val="24"/>
          <w:szCs w:val="24"/>
        </w:rPr>
        <w:t>මාතෘකාව</w:t>
      </w:r>
      <w:r w:rsidRPr="00BA7A5D">
        <w:rPr>
          <w:color w:val="000000" w:themeColor="text1"/>
          <w:sz w:val="24"/>
          <w:szCs w:val="24"/>
        </w:rPr>
        <w:t xml:space="preserve">.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ප්</w:t>
      </w:r>
      <w:r w:rsidRPr="00BA7A5D">
        <w:rPr>
          <w:color w:val="000000" w:themeColor="text1"/>
          <w:sz w:val="24"/>
          <w:szCs w:val="24"/>
        </w:rPr>
        <w:t>‍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රකාශන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ස්ථානය</w:t>
      </w:r>
      <w:r w:rsidRPr="00BA7A5D">
        <w:rPr>
          <w:color w:val="000000" w:themeColor="text1"/>
          <w:sz w:val="24"/>
          <w:szCs w:val="24"/>
        </w:rPr>
        <w:t xml:space="preserve">: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ප්</w:t>
      </w:r>
      <w:r w:rsidRPr="00BA7A5D">
        <w:rPr>
          <w:color w:val="000000" w:themeColor="text1"/>
          <w:sz w:val="24"/>
          <w:szCs w:val="24"/>
        </w:rPr>
        <w:t>‍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රකාශකයා</w:t>
      </w:r>
      <w:r w:rsidRPr="00BA7A5D">
        <w:rPr>
          <w:color w:val="000000" w:themeColor="text1"/>
          <w:sz w:val="24"/>
          <w:szCs w:val="24"/>
        </w:rPr>
        <w:t xml:space="preserve">,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පි</w:t>
      </w:r>
      <w:r w:rsidRPr="00BA7A5D">
        <w:rPr>
          <w:color w:val="000000" w:themeColor="text1"/>
          <w:sz w:val="24"/>
          <w:szCs w:val="24"/>
        </w:rPr>
        <w:t>. xx–xx.</w:t>
      </w:r>
    </w:p>
    <w:p w14:paraId="7CF1E40C" w14:textId="77777777" w:rsidR="00497817" w:rsidRPr="00BA7A5D" w:rsidRDefault="00497817" w:rsidP="00497817">
      <w:pPr>
        <w:rPr>
          <w:rFonts w:cs="Iskoola Pota"/>
          <w:color w:val="000000" w:themeColor="text1"/>
          <w:sz w:val="24"/>
          <w:szCs w:val="24"/>
          <w:lang w:bidi="si-LK"/>
        </w:rPr>
      </w:pPr>
    </w:p>
    <w:p w14:paraId="66C6AE0C" w14:textId="77777777" w:rsidR="00497817" w:rsidRPr="00BA7A5D" w:rsidRDefault="00497817" w:rsidP="00497817">
      <w:pPr>
        <w:pStyle w:val="Bibliography"/>
        <w:rPr>
          <w:color w:val="000000" w:themeColor="text1"/>
          <w:sz w:val="24"/>
          <w:szCs w:val="24"/>
        </w:rPr>
      </w:pPr>
      <w:r w:rsidRPr="00BA7A5D">
        <w:rPr>
          <w:rFonts w:ascii="Iskoola Pota" w:hAnsi="Iskoola Pota" w:cs="Iskoola Pota" w:hint="cs"/>
          <w:color w:val="000000" w:themeColor="text1"/>
          <w:szCs w:val="24"/>
          <w:cs/>
          <w:lang w:bidi="si-LK"/>
        </w:rPr>
        <w:t>උදාහරණය</w:t>
      </w:r>
      <w:r w:rsidRPr="00BA7A5D">
        <w:rPr>
          <w:rFonts w:hint="cs"/>
          <w:color w:val="000000" w:themeColor="text1"/>
          <w:szCs w:val="24"/>
          <w:cs/>
          <w:lang w:bidi="si-LK"/>
        </w:rPr>
        <w:t xml:space="preserve">: </w:t>
      </w:r>
      <w:r w:rsidRPr="00BA7A5D">
        <w:rPr>
          <w:color w:val="000000" w:themeColor="text1"/>
          <w:sz w:val="24"/>
          <w:szCs w:val="24"/>
        </w:rPr>
        <w:t xml:space="preserve">Francis, P. 2013. ‘The glass bangles and rings’, In J. Carswell et al., ed., </w:t>
      </w:r>
      <w:r w:rsidRPr="00BA7A5D">
        <w:rPr>
          <w:i/>
          <w:iCs/>
          <w:color w:val="000000" w:themeColor="text1"/>
          <w:sz w:val="24"/>
          <w:szCs w:val="24"/>
        </w:rPr>
        <w:t>Mantai: City by the Sea</w:t>
      </w:r>
      <w:r w:rsidRPr="00BA7A5D">
        <w:rPr>
          <w:color w:val="000000" w:themeColor="text1"/>
          <w:sz w:val="24"/>
          <w:szCs w:val="24"/>
        </w:rPr>
        <w:t>. Aichwald: Linden Soft Verlag, pp. 381–84.</w:t>
      </w:r>
    </w:p>
    <w:p w14:paraId="6F0FEEC7" w14:textId="77777777" w:rsidR="00497817" w:rsidRPr="00BA7A5D" w:rsidRDefault="00497817" w:rsidP="00497817">
      <w:pPr>
        <w:rPr>
          <w:b/>
          <w:bCs/>
          <w:color w:val="000000" w:themeColor="text1"/>
          <w:sz w:val="24"/>
          <w:szCs w:val="24"/>
        </w:rPr>
      </w:pPr>
      <w:r w:rsidRPr="00BA7A5D">
        <w:rPr>
          <w:rFonts w:ascii="Iskoola Pota" w:hAnsi="Iskoola Pota" w:cs="Iskoola Pota"/>
          <w:b/>
          <w:bCs/>
          <w:color w:val="000000" w:themeColor="text1"/>
          <w:sz w:val="24"/>
          <w:szCs w:val="24"/>
        </w:rPr>
        <w:t>ශාස්ත්</w:t>
      </w:r>
      <w:r w:rsidRPr="00BA7A5D">
        <w:rPr>
          <w:b/>
          <w:bCs/>
          <w:color w:val="000000" w:themeColor="text1"/>
          <w:sz w:val="24"/>
          <w:szCs w:val="24"/>
        </w:rPr>
        <w:t>‍</w:t>
      </w:r>
      <w:r w:rsidRPr="00BA7A5D">
        <w:rPr>
          <w:rFonts w:ascii="Iskoola Pota" w:hAnsi="Iskoola Pota" w:cs="Iskoola Pota"/>
          <w:b/>
          <w:bCs/>
          <w:color w:val="000000" w:themeColor="text1"/>
          <w:sz w:val="24"/>
          <w:szCs w:val="24"/>
        </w:rPr>
        <w:t>රීය</w:t>
      </w:r>
      <w:r w:rsidRPr="00BA7A5D">
        <w:rPr>
          <w:b/>
          <w:bCs/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b/>
          <w:bCs/>
          <w:color w:val="000000" w:themeColor="text1"/>
          <w:sz w:val="24"/>
          <w:szCs w:val="24"/>
        </w:rPr>
        <w:t>සඟරා</w:t>
      </w:r>
      <w:r w:rsidRPr="00BA7A5D">
        <w:rPr>
          <w:b/>
          <w:bCs/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b/>
          <w:bCs/>
          <w:color w:val="000000" w:themeColor="text1"/>
          <w:sz w:val="24"/>
          <w:szCs w:val="24"/>
        </w:rPr>
        <w:t>ලිපි</w:t>
      </w:r>
    </w:p>
    <w:p w14:paraId="51484220" w14:textId="77777777" w:rsidR="00497817" w:rsidRPr="00BA7A5D" w:rsidRDefault="00497817" w:rsidP="00497817">
      <w:pPr>
        <w:rPr>
          <w:color w:val="000000" w:themeColor="text1"/>
          <w:sz w:val="24"/>
          <w:szCs w:val="24"/>
        </w:rPr>
      </w:pP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වාසගම</w:t>
      </w:r>
      <w:r w:rsidRPr="00BA7A5D">
        <w:rPr>
          <w:color w:val="000000" w:themeColor="text1"/>
          <w:sz w:val="24"/>
          <w:szCs w:val="24"/>
        </w:rPr>
        <w:t xml:space="preserve">,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මුලකුරු</w:t>
      </w:r>
      <w:r w:rsidRPr="00BA7A5D">
        <w:rPr>
          <w:color w:val="000000" w:themeColor="text1"/>
          <w:sz w:val="24"/>
          <w:szCs w:val="24"/>
        </w:rPr>
        <w:t xml:space="preserve">.,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වර්ෂය</w:t>
      </w:r>
      <w:r w:rsidRPr="00BA7A5D">
        <w:rPr>
          <w:color w:val="000000" w:themeColor="text1"/>
          <w:sz w:val="24"/>
          <w:szCs w:val="24"/>
        </w:rPr>
        <w:t>. ‘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ලිපියේ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මාතෘකාව</w:t>
      </w:r>
      <w:r w:rsidRPr="00BA7A5D">
        <w:rPr>
          <w:color w:val="000000" w:themeColor="text1"/>
          <w:sz w:val="24"/>
          <w:szCs w:val="24"/>
        </w:rPr>
        <w:t xml:space="preserve">’. </w:t>
      </w:r>
      <w:r w:rsidRPr="00BA7A5D">
        <w:rPr>
          <w:rFonts w:ascii="Iskoola Pota" w:hAnsi="Iskoola Pota" w:cs="Iskoola Pota"/>
          <w:i/>
          <w:iCs/>
          <w:color w:val="000000" w:themeColor="text1"/>
          <w:sz w:val="24"/>
          <w:szCs w:val="24"/>
        </w:rPr>
        <w:t>සඟරාවේ</w:t>
      </w:r>
      <w:r w:rsidRPr="00BA7A5D">
        <w:rPr>
          <w:i/>
          <w:iCs/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i/>
          <w:iCs/>
          <w:color w:val="000000" w:themeColor="text1"/>
          <w:sz w:val="24"/>
          <w:szCs w:val="24"/>
        </w:rPr>
        <w:t>නම</w:t>
      </w:r>
      <w:r w:rsidRPr="00BA7A5D">
        <w:rPr>
          <w:color w:val="000000" w:themeColor="text1"/>
          <w:sz w:val="24"/>
          <w:szCs w:val="24"/>
        </w:rPr>
        <w:t xml:space="preserve">,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වෙළුම</w:t>
      </w:r>
      <w:r w:rsidRPr="00BA7A5D">
        <w:rPr>
          <w:color w:val="000000" w:themeColor="text1"/>
          <w:sz w:val="24"/>
          <w:szCs w:val="24"/>
        </w:rPr>
        <w:t>(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කලාපය</w:t>
      </w:r>
      <w:r w:rsidRPr="00BA7A5D">
        <w:rPr>
          <w:color w:val="000000" w:themeColor="text1"/>
          <w:sz w:val="24"/>
          <w:szCs w:val="24"/>
        </w:rPr>
        <w:t xml:space="preserve">),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පි</w:t>
      </w:r>
      <w:r w:rsidRPr="00BA7A5D">
        <w:rPr>
          <w:color w:val="000000" w:themeColor="text1"/>
          <w:sz w:val="24"/>
          <w:szCs w:val="24"/>
        </w:rPr>
        <w:t>. xx–xx.</w:t>
      </w:r>
    </w:p>
    <w:p w14:paraId="5C1DACF3" w14:textId="77777777" w:rsidR="00497817" w:rsidRPr="00BA7A5D" w:rsidRDefault="00497817" w:rsidP="00497817">
      <w:pPr>
        <w:pStyle w:val="Bibliography"/>
        <w:rPr>
          <w:color w:val="000000" w:themeColor="text1"/>
        </w:rPr>
      </w:pPr>
      <w:r w:rsidRPr="00BA7A5D">
        <w:rPr>
          <w:rFonts w:ascii="Iskoola Pota" w:hAnsi="Iskoola Pota" w:cs="Iskoola Pota" w:hint="cs"/>
          <w:color w:val="000000" w:themeColor="text1"/>
          <w:szCs w:val="24"/>
          <w:cs/>
          <w:lang w:bidi="si-LK"/>
        </w:rPr>
        <w:lastRenderedPageBreak/>
        <w:t>උදාහරණය</w:t>
      </w:r>
      <w:r w:rsidRPr="00BA7A5D">
        <w:rPr>
          <w:rFonts w:hint="cs"/>
          <w:color w:val="000000" w:themeColor="text1"/>
          <w:szCs w:val="24"/>
          <w:cs/>
          <w:lang w:bidi="si-LK"/>
        </w:rPr>
        <w:t>:</w:t>
      </w:r>
      <w:r w:rsidRPr="00497817">
        <w:rPr>
          <w:color w:val="000000" w:themeColor="text1"/>
          <w:szCs w:val="24"/>
          <w:lang w:bidi="si-LK"/>
        </w:rPr>
        <w:t xml:space="preserve"> </w:t>
      </w:r>
      <w:r w:rsidRPr="00497817">
        <w:rPr>
          <w:color w:val="000000" w:themeColor="text1"/>
          <w:sz w:val="24"/>
          <w:szCs w:val="24"/>
        </w:rPr>
        <w:t xml:space="preserve">Wedage, O. </w:t>
      </w:r>
      <w:r w:rsidRPr="00497817">
        <w:rPr>
          <w:i/>
          <w:iCs/>
          <w:color w:val="000000" w:themeColor="text1"/>
          <w:sz w:val="24"/>
          <w:szCs w:val="24"/>
        </w:rPr>
        <w:t>et al.</w:t>
      </w:r>
      <w:r w:rsidRPr="00497817">
        <w:rPr>
          <w:color w:val="000000" w:themeColor="text1"/>
          <w:sz w:val="24"/>
          <w:szCs w:val="24"/>
        </w:rPr>
        <w:t xml:space="preserve"> 2019. </w:t>
      </w:r>
      <w:r w:rsidRPr="00BA7A5D">
        <w:rPr>
          <w:color w:val="000000" w:themeColor="text1"/>
          <w:sz w:val="24"/>
          <w:szCs w:val="24"/>
        </w:rPr>
        <w:t xml:space="preserve">‘Microliths in the South Asian rainforest ~45-4 ka: New insights from Fa-Hien Lena Cave, Sri Lanka’, </w:t>
      </w:r>
      <w:r w:rsidRPr="00BA7A5D">
        <w:rPr>
          <w:i/>
          <w:iCs/>
          <w:color w:val="000000" w:themeColor="text1"/>
          <w:sz w:val="24"/>
          <w:szCs w:val="24"/>
        </w:rPr>
        <w:t>PLOS ONE</w:t>
      </w:r>
      <w:r w:rsidRPr="00BA7A5D">
        <w:rPr>
          <w:color w:val="000000" w:themeColor="text1"/>
          <w:sz w:val="24"/>
          <w:szCs w:val="24"/>
        </w:rPr>
        <w:t>. Edited by J.W. Adams, 14(10), p. e0222606. Available at: https://doi.org/10.1371/journal.pone.0222606.</w:t>
      </w:r>
    </w:p>
    <w:p w14:paraId="7980D29F" w14:textId="77777777" w:rsidR="00497817" w:rsidRPr="00BA7A5D" w:rsidRDefault="00497817" w:rsidP="00497817">
      <w:pPr>
        <w:rPr>
          <w:b/>
          <w:bCs/>
          <w:color w:val="000000" w:themeColor="text1"/>
          <w:sz w:val="24"/>
          <w:szCs w:val="24"/>
        </w:rPr>
      </w:pPr>
      <w:r w:rsidRPr="00BA7A5D">
        <w:rPr>
          <w:rFonts w:ascii="Iskoola Pota" w:hAnsi="Iskoola Pota" w:cs="Iskoola Pota"/>
          <w:b/>
          <w:bCs/>
          <w:color w:val="000000" w:themeColor="text1"/>
          <w:sz w:val="24"/>
          <w:szCs w:val="24"/>
        </w:rPr>
        <w:t>වාර්තා</w:t>
      </w:r>
      <w:r w:rsidRPr="00BA7A5D">
        <w:rPr>
          <w:b/>
          <w:bCs/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b/>
          <w:bCs/>
          <w:color w:val="000000" w:themeColor="text1"/>
          <w:sz w:val="24"/>
          <w:szCs w:val="24"/>
        </w:rPr>
        <w:t>හා</w:t>
      </w:r>
      <w:r w:rsidRPr="00BA7A5D">
        <w:rPr>
          <w:b/>
          <w:bCs/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b/>
          <w:bCs/>
          <w:color w:val="000000" w:themeColor="text1"/>
          <w:sz w:val="24"/>
          <w:szCs w:val="24"/>
        </w:rPr>
        <w:t>සම්මන්ත්</w:t>
      </w:r>
      <w:r w:rsidRPr="00BA7A5D">
        <w:rPr>
          <w:b/>
          <w:bCs/>
          <w:color w:val="000000" w:themeColor="text1"/>
          <w:sz w:val="24"/>
          <w:szCs w:val="24"/>
        </w:rPr>
        <w:t>‍</w:t>
      </w:r>
      <w:r w:rsidRPr="00BA7A5D">
        <w:rPr>
          <w:rFonts w:ascii="Iskoola Pota" w:hAnsi="Iskoola Pota" w:cs="Iskoola Pota"/>
          <w:b/>
          <w:bCs/>
          <w:color w:val="000000" w:themeColor="text1"/>
          <w:sz w:val="24"/>
          <w:szCs w:val="24"/>
        </w:rPr>
        <w:t>රණ</w:t>
      </w:r>
      <w:r w:rsidRPr="00BA7A5D">
        <w:rPr>
          <w:b/>
          <w:bCs/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b/>
          <w:bCs/>
          <w:color w:val="000000" w:themeColor="text1"/>
          <w:sz w:val="24"/>
          <w:szCs w:val="24"/>
        </w:rPr>
        <w:t>ලිපි</w:t>
      </w:r>
    </w:p>
    <w:p w14:paraId="5E1D10A0" w14:textId="77777777" w:rsidR="00497817" w:rsidRPr="00BA7A5D" w:rsidRDefault="00497817" w:rsidP="00497817">
      <w:pPr>
        <w:rPr>
          <w:color w:val="000000" w:themeColor="text1"/>
          <w:sz w:val="24"/>
          <w:szCs w:val="24"/>
        </w:rPr>
      </w:pP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වාසගම</w:t>
      </w:r>
      <w:r w:rsidRPr="00BA7A5D">
        <w:rPr>
          <w:color w:val="000000" w:themeColor="text1"/>
          <w:sz w:val="24"/>
          <w:szCs w:val="24"/>
        </w:rPr>
        <w:t xml:space="preserve">,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මුලකුරු</w:t>
      </w:r>
      <w:r w:rsidRPr="00BA7A5D">
        <w:rPr>
          <w:color w:val="000000" w:themeColor="text1"/>
          <w:sz w:val="24"/>
          <w:szCs w:val="24"/>
        </w:rPr>
        <w:t xml:space="preserve">.,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වර්ෂය</w:t>
      </w:r>
      <w:r w:rsidRPr="00BA7A5D">
        <w:rPr>
          <w:color w:val="000000" w:themeColor="text1"/>
          <w:sz w:val="24"/>
          <w:szCs w:val="24"/>
        </w:rPr>
        <w:t xml:space="preserve">.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වාර්තාවේ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හෝ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ලිපියේ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මාතෘකාව</w:t>
      </w:r>
      <w:r w:rsidRPr="00BA7A5D">
        <w:rPr>
          <w:color w:val="000000" w:themeColor="text1"/>
          <w:sz w:val="24"/>
          <w:szCs w:val="24"/>
        </w:rPr>
        <w:t xml:space="preserve">.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අදාළ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ආයතනය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හෝ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සම්මන්ත්</w:t>
      </w:r>
      <w:r w:rsidRPr="00BA7A5D">
        <w:rPr>
          <w:color w:val="000000" w:themeColor="text1"/>
          <w:sz w:val="24"/>
          <w:szCs w:val="24"/>
        </w:rPr>
        <w:t>‍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රණ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විස්තර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සහ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අවශ්</w:t>
      </w:r>
      <w:r w:rsidRPr="00BA7A5D">
        <w:rPr>
          <w:color w:val="000000" w:themeColor="text1"/>
          <w:sz w:val="24"/>
          <w:szCs w:val="24"/>
        </w:rPr>
        <w:t>‍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ය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නම්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ප්</w:t>
      </w:r>
      <w:r w:rsidRPr="00BA7A5D">
        <w:rPr>
          <w:color w:val="000000" w:themeColor="text1"/>
          <w:sz w:val="24"/>
          <w:szCs w:val="24"/>
        </w:rPr>
        <w:t>‍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රකාශන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ස්ථානය</w:t>
      </w:r>
      <w:r w:rsidRPr="00BA7A5D">
        <w:rPr>
          <w:color w:val="000000" w:themeColor="text1"/>
          <w:sz w:val="24"/>
          <w:szCs w:val="24"/>
        </w:rPr>
        <w:t>.</w:t>
      </w:r>
    </w:p>
    <w:p w14:paraId="1C13B580" w14:textId="77777777" w:rsidR="00497817" w:rsidRPr="00BA7A5D" w:rsidRDefault="00497817" w:rsidP="00497817">
      <w:pPr>
        <w:pStyle w:val="Bibliography"/>
        <w:rPr>
          <w:color w:val="000000" w:themeColor="text1"/>
        </w:rPr>
      </w:pPr>
      <w:r w:rsidRPr="00BA7A5D">
        <w:rPr>
          <w:rFonts w:ascii="Iskoola Pota" w:hAnsi="Iskoola Pota" w:cs="Iskoola Pota" w:hint="cs"/>
          <w:color w:val="000000" w:themeColor="text1"/>
          <w:szCs w:val="24"/>
          <w:cs/>
          <w:lang w:bidi="si-LK"/>
        </w:rPr>
        <w:t>උදාහරණය</w:t>
      </w:r>
      <w:r w:rsidRPr="00BA7A5D">
        <w:rPr>
          <w:rFonts w:hint="cs"/>
          <w:color w:val="000000" w:themeColor="text1"/>
          <w:szCs w:val="24"/>
          <w:cs/>
          <w:lang w:bidi="si-LK"/>
        </w:rPr>
        <w:t>:</w:t>
      </w:r>
      <w:r w:rsidRPr="00BA7A5D">
        <w:rPr>
          <w:color w:val="000000" w:themeColor="text1"/>
          <w:szCs w:val="24"/>
          <w:lang w:bidi="si-LK"/>
        </w:rPr>
        <w:t xml:space="preserve"> </w:t>
      </w:r>
      <w:r w:rsidRPr="00BA7A5D">
        <w:rPr>
          <w:color w:val="000000" w:themeColor="text1"/>
          <w:sz w:val="24"/>
          <w:szCs w:val="24"/>
        </w:rPr>
        <w:t xml:space="preserve">Katupotha, J. and Singhakumara, B. 2016. ‘An introduction to coastal geomorphology of Mannar Island of Sri Lanka: an overview’, </w:t>
      </w:r>
      <w:r w:rsidRPr="00BA7A5D">
        <w:rPr>
          <w:i/>
          <w:iCs/>
          <w:color w:val="000000" w:themeColor="text1"/>
          <w:sz w:val="24"/>
          <w:szCs w:val="24"/>
        </w:rPr>
        <w:t>International Forestry and Environment Symposium</w:t>
      </w:r>
      <w:r w:rsidRPr="00BA7A5D">
        <w:rPr>
          <w:color w:val="000000" w:themeColor="text1"/>
          <w:sz w:val="24"/>
          <w:szCs w:val="24"/>
        </w:rPr>
        <w:t>. Nugegoda: University of Sri Jayawardenapura.</w:t>
      </w:r>
    </w:p>
    <w:p w14:paraId="3B26AE24" w14:textId="77777777" w:rsidR="00497817" w:rsidRPr="00BA7A5D" w:rsidRDefault="00497817" w:rsidP="00497817">
      <w:pPr>
        <w:pStyle w:val="Heading2"/>
        <w:rPr>
          <w:color w:val="000000" w:themeColor="text1"/>
          <w:sz w:val="24"/>
          <w:szCs w:val="24"/>
        </w:rPr>
      </w:pP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අන්තර්ජාල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මූලාශ්</w:t>
      </w:r>
      <w:r w:rsidRPr="00BA7A5D">
        <w:rPr>
          <w:color w:val="000000" w:themeColor="text1"/>
          <w:sz w:val="24"/>
          <w:szCs w:val="24"/>
        </w:rPr>
        <w:t>‍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ර</w:t>
      </w:r>
    </w:p>
    <w:p w14:paraId="55F36F39" w14:textId="77777777" w:rsidR="00497817" w:rsidRPr="00BA7A5D" w:rsidRDefault="00497817" w:rsidP="00497817">
      <w:pPr>
        <w:rPr>
          <w:color w:val="000000" w:themeColor="text1"/>
          <w:sz w:val="24"/>
          <w:szCs w:val="24"/>
        </w:rPr>
      </w:pP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වාසගම</w:t>
      </w:r>
      <w:r w:rsidRPr="00BA7A5D">
        <w:rPr>
          <w:color w:val="000000" w:themeColor="text1"/>
          <w:sz w:val="24"/>
          <w:szCs w:val="24"/>
        </w:rPr>
        <w:t xml:space="preserve">,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මුලකුරු</w:t>
      </w:r>
      <w:r w:rsidRPr="00BA7A5D">
        <w:rPr>
          <w:color w:val="000000" w:themeColor="text1"/>
          <w:sz w:val="24"/>
          <w:szCs w:val="24"/>
        </w:rPr>
        <w:t xml:space="preserve">.,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වර්ෂය</w:t>
      </w:r>
      <w:r w:rsidRPr="00BA7A5D">
        <w:rPr>
          <w:color w:val="000000" w:themeColor="text1"/>
          <w:sz w:val="24"/>
          <w:szCs w:val="24"/>
        </w:rPr>
        <w:t>. *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ලේඛනයේ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හෝ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වෙබ්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පිටුවේ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මාතෘකාව</w:t>
      </w:r>
      <w:r w:rsidRPr="00BA7A5D">
        <w:rPr>
          <w:color w:val="000000" w:themeColor="text1"/>
          <w:sz w:val="24"/>
          <w:szCs w:val="24"/>
        </w:rPr>
        <w:t xml:space="preserve">*. Available at: URL [Accessed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දිනය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මාසය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වර්ෂය</w:t>
      </w:r>
      <w:r w:rsidRPr="00BA7A5D">
        <w:rPr>
          <w:color w:val="000000" w:themeColor="text1"/>
          <w:sz w:val="24"/>
          <w:szCs w:val="24"/>
        </w:rPr>
        <w:t>].</w:t>
      </w:r>
    </w:p>
    <w:p w14:paraId="76FEB6DE" w14:textId="77777777" w:rsidR="00497817" w:rsidRPr="00BA7A5D" w:rsidRDefault="00497817" w:rsidP="00497817">
      <w:pPr>
        <w:pStyle w:val="Bibliography"/>
        <w:rPr>
          <w:color w:val="000000" w:themeColor="text1"/>
        </w:rPr>
      </w:pPr>
      <w:r w:rsidRPr="00BA7A5D">
        <w:rPr>
          <w:color w:val="000000" w:themeColor="text1"/>
        </w:rPr>
        <w:t xml:space="preserve">WoRMS editorial board. 2024. </w:t>
      </w:r>
      <w:r w:rsidRPr="00BA7A5D">
        <w:rPr>
          <w:i/>
          <w:iCs/>
          <w:color w:val="000000" w:themeColor="text1"/>
        </w:rPr>
        <w:t>World Register of Marine Species</w:t>
      </w:r>
      <w:r w:rsidRPr="00BA7A5D">
        <w:rPr>
          <w:color w:val="000000" w:themeColor="text1"/>
        </w:rPr>
        <w:t xml:space="preserve">, Available at: </w:t>
      </w:r>
      <w:hyperlink r:id="rId9" w:history="1">
        <w:r w:rsidRPr="00BA7A5D">
          <w:rPr>
            <w:rStyle w:val="Hyperlink"/>
            <w:color w:val="000000" w:themeColor="text1"/>
          </w:rPr>
          <w:t>https://doi.org/10.14284/170</w:t>
        </w:r>
      </w:hyperlink>
      <w:r w:rsidRPr="00BA7A5D">
        <w:rPr>
          <w:color w:val="000000" w:themeColor="text1"/>
        </w:rPr>
        <w:t>. (Accessed 10</w:t>
      </w:r>
      <w:r w:rsidRPr="00BA7A5D">
        <w:rPr>
          <w:color w:val="000000" w:themeColor="text1"/>
          <w:vertAlign w:val="superscript"/>
        </w:rPr>
        <w:t>th</w:t>
      </w:r>
      <w:r w:rsidRPr="00BA7A5D">
        <w:rPr>
          <w:color w:val="000000" w:themeColor="text1"/>
        </w:rPr>
        <w:t xml:space="preserve"> August, 2025)</w:t>
      </w:r>
    </w:p>
    <w:p w14:paraId="24BA68B2" w14:textId="77777777" w:rsidR="00497817" w:rsidRPr="00BA7A5D" w:rsidRDefault="00497817" w:rsidP="00497817">
      <w:pPr>
        <w:rPr>
          <w:color w:val="000000" w:themeColor="text1"/>
          <w:sz w:val="24"/>
          <w:szCs w:val="24"/>
        </w:rPr>
      </w:pPr>
    </w:p>
    <w:p w14:paraId="1E4F4CDB" w14:textId="77777777" w:rsidR="00497817" w:rsidRPr="00BA7A5D" w:rsidRDefault="00497817" w:rsidP="00497817">
      <w:pPr>
        <w:pStyle w:val="Heading2"/>
        <w:rPr>
          <w:color w:val="000000" w:themeColor="text1"/>
          <w:sz w:val="24"/>
          <w:szCs w:val="24"/>
        </w:rPr>
      </w:pP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ශිලා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ලේඛන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හා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සිංහල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කෘති</w:t>
      </w:r>
    </w:p>
    <w:p w14:paraId="63443F61" w14:textId="77777777" w:rsidR="00497817" w:rsidRPr="00BA7A5D" w:rsidRDefault="00497817" w:rsidP="00497817">
      <w:pPr>
        <w:rPr>
          <w:color w:val="000000" w:themeColor="text1"/>
          <w:sz w:val="24"/>
          <w:szCs w:val="24"/>
        </w:rPr>
      </w:pP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කර්තෘ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හෝ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සංස්කාරක</w:t>
      </w:r>
      <w:r w:rsidRPr="00BA7A5D">
        <w:rPr>
          <w:color w:val="000000" w:themeColor="text1"/>
          <w:sz w:val="24"/>
          <w:szCs w:val="24"/>
        </w:rPr>
        <w:t xml:space="preserve">,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ප්</w:t>
      </w:r>
      <w:r w:rsidRPr="00BA7A5D">
        <w:rPr>
          <w:color w:val="000000" w:themeColor="text1"/>
          <w:sz w:val="24"/>
          <w:szCs w:val="24"/>
        </w:rPr>
        <w:t>‍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රකාශන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වර්ෂය</w:t>
      </w:r>
      <w:r w:rsidRPr="00BA7A5D">
        <w:rPr>
          <w:color w:val="000000" w:themeColor="text1"/>
          <w:sz w:val="24"/>
          <w:szCs w:val="24"/>
        </w:rPr>
        <w:t xml:space="preserve">,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මුල්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භාෂාවේ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මාතෘකාව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හෝ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පිළිගත්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අක්ෂර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පරිවර්තනය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සහ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ප්</w:t>
      </w:r>
      <w:r w:rsidRPr="00BA7A5D">
        <w:rPr>
          <w:color w:val="000000" w:themeColor="text1"/>
          <w:sz w:val="24"/>
          <w:szCs w:val="24"/>
        </w:rPr>
        <w:t>‍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රකාශකයා</w:t>
      </w:r>
      <w:r w:rsidRPr="00BA7A5D">
        <w:rPr>
          <w:color w:val="000000" w:themeColor="text1"/>
          <w:sz w:val="24"/>
          <w:szCs w:val="24"/>
        </w:rPr>
        <w:t xml:space="preserve">,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ආයතනය</w:t>
      </w:r>
      <w:r w:rsidRPr="00BA7A5D">
        <w:rPr>
          <w:color w:val="000000" w:themeColor="text1"/>
          <w:sz w:val="24"/>
          <w:szCs w:val="24"/>
        </w:rPr>
        <w:t xml:space="preserve">,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සඟරාව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හෝ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වෙළුම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වැනි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ලබාගත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හැකි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ප්</w:t>
      </w:r>
      <w:r w:rsidRPr="00BA7A5D">
        <w:rPr>
          <w:color w:val="000000" w:themeColor="text1"/>
          <w:sz w:val="24"/>
          <w:szCs w:val="24"/>
        </w:rPr>
        <w:t>‍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රකාශන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විස්තර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ඇතුළත්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කරන්න</w:t>
      </w:r>
      <w:r w:rsidRPr="00BA7A5D">
        <w:rPr>
          <w:color w:val="000000" w:themeColor="text1"/>
          <w:sz w:val="24"/>
          <w:szCs w:val="24"/>
        </w:rPr>
        <w:t xml:space="preserve">.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සියලු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මූලාශ්</w:t>
      </w:r>
      <w:r w:rsidRPr="00BA7A5D">
        <w:rPr>
          <w:color w:val="000000" w:themeColor="text1"/>
          <w:sz w:val="24"/>
          <w:szCs w:val="24"/>
        </w:rPr>
        <w:t>‍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ර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සඳහා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එකම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ආකෘතියක්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පවත්වාගන්න</w:t>
      </w:r>
      <w:r w:rsidRPr="00BA7A5D">
        <w:rPr>
          <w:color w:val="000000" w:themeColor="text1"/>
          <w:sz w:val="24"/>
          <w:szCs w:val="24"/>
        </w:rPr>
        <w:t>.</w:t>
      </w:r>
    </w:p>
    <w:p w14:paraId="4C405390" w14:textId="77777777" w:rsidR="00497817" w:rsidRPr="00BA7A5D" w:rsidRDefault="00497817" w:rsidP="00497817">
      <w:pPr>
        <w:pStyle w:val="Heading2"/>
        <w:rPr>
          <w:color w:val="000000" w:themeColor="text1"/>
          <w:sz w:val="24"/>
          <w:szCs w:val="24"/>
        </w:rPr>
      </w:pP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ඩිජිටල්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වස්තු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හඳුනාගැනීමේ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අංකය</w:t>
      </w:r>
      <w:r w:rsidRPr="00BA7A5D">
        <w:rPr>
          <w:color w:val="000000" w:themeColor="text1"/>
          <w:sz w:val="24"/>
          <w:szCs w:val="24"/>
        </w:rPr>
        <w:t xml:space="preserve"> (DOI)</w:t>
      </w:r>
    </w:p>
    <w:p w14:paraId="5AD2A7A8" w14:textId="77777777" w:rsidR="00497817" w:rsidRDefault="00497817" w:rsidP="00497817">
      <w:pPr>
        <w:rPr>
          <w:sz w:val="24"/>
          <w:szCs w:val="24"/>
        </w:rPr>
      </w:pPr>
      <w:r w:rsidRPr="00BA7A5D">
        <w:rPr>
          <w:color w:val="000000" w:themeColor="text1"/>
          <w:sz w:val="24"/>
          <w:szCs w:val="24"/>
        </w:rPr>
        <w:t xml:space="preserve">DOI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අංකයක්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ඇති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ප්</w:t>
      </w:r>
      <w:r w:rsidRPr="00BA7A5D">
        <w:rPr>
          <w:color w:val="000000" w:themeColor="text1"/>
          <w:sz w:val="24"/>
          <w:szCs w:val="24"/>
        </w:rPr>
        <w:t>‍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රකාශන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සඳහා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එම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අංකය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යොමුව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අවසානයේ</w:t>
      </w:r>
      <w:r w:rsidRPr="00BA7A5D">
        <w:rPr>
          <w:color w:val="000000" w:themeColor="text1"/>
          <w:sz w:val="24"/>
          <w:szCs w:val="24"/>
        </w:rPr>
        <w:t xml:space="preserve"> URL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ආකාරයෙන්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ඇතුළත්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කරන්න</w:t>
      </w:r>
      <w:r w:rsidRPr="00BA7A5D">
        <w:rPr>
          <w:color w:val="000000" w:themeColor="text1"/>
          <w:sz w:val="24"/>
          <w:szCs w:val="24"/>
        </w:rPr>
        <w:t xml:space="preserve"> (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උදා</w:t>
      </w:r>
      <w:r w:rsidRPr="00BA7A5D">
        <w:rPr>
          <w:color w:val="000000" w:themeColor="text1"/>
          <w:sz w:val="24"/>
          <w:szCs w:val="24"/>
        </w:rPr>
        <w:t xml:space="preserve">: https://doi.org/10.xxxx/xxxxx). DOI </w:t>
      </w:r>
      <w:r w:rsidRPr="00BA7A5D">
        <w:rPr>
          <w:rFonts w:ascii="Iskoola Pota" w:hAnsi="Iskoola Pota" w:cs="Iskoola Pota"/>
          <w:color w:val="000000" w:themeColor="text1"/>
          <w:sz w:val="24"/>
          <w:szCs w:val="24"/>
        </w:rPr>
        <w:t>අංකය</w:t>
      </w:r>
      <w:r w:rsidRPr="00BA7A5D">
        <w:rPr>
          <w:color w:val="000000" w:themeColor="text1"/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අදාළ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රකාශනයට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නිවැරදිව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ගැළපෙන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බව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තහවුරු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කරන්න</w:t>
      </w:r>
      <w:r w:rsidRPr="001709B1">
        <w:rPr>
          <w:sz w:val="24"/>
          <w:szCs w:val="24"/>
        </w:rPr>
        <w:t>.</w:t>
      </w:r>
    </w:p>
    <w:p w14:paraId="5E76CAE5" w14:textId="77777777" w:rsidR="00497817" w:rsidRDefault="00497817" w:rsidP="00497817">
      <w:pPr>
        <w:rPr>
          <w:sz w:val="24"/>
          <w:szCs w:val="24"/>
        </w:rPr>
      </w:pPr>
    </w:p>
    <w:p w14:paraId="0E529E7E" w14:textId="77777777" w:rsidR="00497817" w:rsidRPr="00932994" w:rsidRDefault="00497817" w:rsidP="00497817">
      <w:pPr>
        <w:rPr>
          <w:rFonts w:cs="Iskoola Pota" w:hint="cs"/>
          <w:sz w:val="24"/>
          <w:szCs w:val="24"/>
          <w:cs/>
          <w:lang w:bidi="si-LK"/>
        </w:rPr>
      </w:pPr>
      <w:r>
        <w:rPr>
          <w:rFonts w:cs="Iskoola Pota" w:hint="cs"/>
          <w:sz w:val="24"/>
          <w:szCs w:val="24"/>
          <w:cs/>
          <w:lang w:bidi="si-LK"/>
        </w:rPr>
        <w:t>පෙළ ගැස්වීම</w:t>
      </w:r>
    </w:p>
    <w:p w14:paraId="1296FF73" w14:textId="77777777" w:rsidR="00497817" w:rsidRPr="001709B1" w:rsidRDefault="00497817" w:rsidP="00497817">
      <w:pPr>
        <w:pStyle w:val="ListBullet"/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  <w:lang w:bidi="si-LK"/>
        </w:rPr>
        <w:t>පෙළ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  <w:lang w:bidi="si-LK"/>
        </w:rPr>
        <w:t>තුළ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  <w:lang w:bidi="si-LK"/>
        </w:rPr>
        <w:t>උපුටා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  <w:lang w:bidi="si-LK"/>
        </w:rPr>
        <w:t>දක්වන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  <w:lang w:bidi="si-LK"/>
        </w:rPr>
        <w:t>සියලු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  <w:lang w:bidi="si-LK"/>
        </w:rPr>
        <w:t>මූලාශ්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  <w:lang w:bidi="si-LK"/>
        </w:rPr>
        <w:t>ර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  <w:lang w:bidi="si-LK"/>
        </w:rPr>
        <w:t>සම්පූර්ණ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  <w:lang w:bidi="si-LK"/>
        </w:rPr>
        <w:t>විස්තර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  <w:lang w:bidi="si-LK"/>
        </w:rPr>
        <w:t>සහිතව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  <w:lang w:bidi="si-LK"/>
        </w:rPr>
        <w:t>නාමාවලියට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  <w:lang w:bidi="si-LK"/>
        </w:rPr>
        <w:t>ඇතුළත්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  <w:lang w:bidi="si-LK"/>
        </w:rPr>
        <w:t>කරන්න</w:t>
      </w:r>
      <w:r w:rsidRPr="001709B1">
        <w:rPr>
          <w:sz w:val="24"/>
          <w:szCs w:val="24"/>
        </w:rPr>
        <w:t>.</w:t>
      </w:r>
    </w:p>
    <w:p w14:paraId="45D290AE" w14:textId="77777777" w:rsidR="00497817" w:rsidRPr="001709B1" w:rsidRDefault="00497817" w:rsidP="00497817">
      <w:pPr>
        <w:pStyle w:val="ListBullet"/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එකම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කර්තෘගේ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කෘති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වර්ෂ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අනුව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කාලානුක්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රමිකව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සකස්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කරන්න</w:t>
      </w:r>
      <w:r w:rsidRPr="001709B1">
        <w:rPr>
          <w:sz w:val="24"/>
          <w:szCs w:val="24"/>
        </w:rPr>
        <w:t>.</w:t>
      </w:r>
    </w:p>
    <w:p w14:paraId="3A053C00" w14:textId="77777777" w:rsidR="00497817" w:rsidRPr="001709B1" w:rsidRDefault="00497817" w:rsidP="00497817">
      <w:pPr>
        <w:pStyle w:val="ListBullet"/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කර්තෘ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නාම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වර්ෂ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මාතෘකා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වෙළුම්</w:t>
      </w:r>
      <w:r w:rsidRPr="001709B1">
        <w:rPr>
          <w:sz w:val="24"/>
          <w:szCs w:val="24"/>
        </w:rPr>
        <w:t>/</w:t>
      </w:r>
      <w:r w:rsidRPr="001709B1">
        <w:rPr>
          <w:rFonts w:ascii="Iskoola Pota" w:hAnsi="Iskoola Pota" w:cs="Iskoola Pota"/>
          <w:sz w:val="24"/>
          <w:szCs w:val="24"/>
        </w:rPr>
        <w:t>කලාප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පිටු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අංක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ප්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රකාශකයන්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සහ</w:t>
      </w:r>
      <w:r w:rsidRPr="001709B1">
        <w:rPr>
          <w:sz w:val="24"/>
          <w:szCs w:val="24"/>
        </w:rPr>
        <w:t xml:space="preserve"> URL </w:t>
      </w:r>
      <w:r w:rsidRPr="001709B1">
        <w:rPr>
          <w:rFonts w:ascii="Iskoola Pota" w:hAnsi="Iskoola Pota" w:cs="Iskoola Pota"/>
          <w:sz w:val="24"/>
          <w:szCs w:val="24"/>
        </w:rPr>
        <w:t>එකම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ආකෘතියකින්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දක්වන්න</w:t>
      </w:r>
      <w:r w:rsidRPr="001709B1">
        <w:rPr>
          <w:sz w:val="24"/>
          <w:szCs w:val="24"/>
        </w:rPr>
        <w:t>.</w:t>
      </w:r>
    </w:p>
    <w:p w14:paraId="75DBAF34" w14:textId="77777777" w:rsidR="00497817" w:rsidRPr="001709B1" w:rsidRDefault="00497817" w:rsidP="00497817">
      <w:pPr>
        <w:pStyle w:val="ListBullet"/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අදාළ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අවස්ථාවල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අන්තර්ජාල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මූලාශ්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සඳහා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රවේශ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වූ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දිනය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සඳහන්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කරන්න</w:t>
      </w:r>
      <w:r w:rsidRPr="001709B1">
        <w:rPr>
          <w:sz w:val="24"/>
          <w:szCs w:val="24"/>
        </w:rPr>
        <w:t>.</w:t>
      </w:r>
    </w:p>
    <w:p w14:paraId="07DD4A9E" w14:textId="77777777" w:rsidR="00497817" w:rsidRDefault="00497817" w:rsidP="00497817">
      <w:pPr>
        <w:pStyle w:val="ListBullet"/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ග්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රන්ථ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නාමාවලියේ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විස්තර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නිවැරදි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සම්පූර්ණ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බව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තහවුරු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කරන්න</w:t>
      </w:r>
      <w:r w:rsidRPr="001709B1">
        <w:rPr>
          <w:sz w:val="24"/>
          <w:szCs w:val="24"/>
        </w:rPr>
        <w:t>.</w:t>
      </w:r>
    </w:p>
    <w:p w14:paraId="625D185B" w14:textId="77777777" w:rsidR="00497817" w:rsidRPr="001709B1" w:rsidRDefault="00497817" w:rsidP="00497817">
      <w:pPr>
        <w:pStyle w:val="ListBullet"/>
        <w:rPr>
          <w:sz w:val="24"/>
          <w:szCs w:val="24"/>
        </w:rPr>
      </w:pPr>
    </w:p>
    <w:p w14:paraId="4F843217" w14:textId="77777777" w:rsidR="00497817" w:rsidRPr="001709B1" w:rsidRDefault="00497817" w:rsidP="00497817">
      <w:pPr>
        <w:pStyle w:val="Heading1"/>
        <w:rPr>
          <w:sz w:val="24"/>
          <w:szCs w:val="24"/>
        </w:rPr>
      </w:pPr>
      <w:r w:rsidRPr="001709B1">
        <w:rPr>
          <w:sz w:val="24"/>
          <w:szCs w:val="24"/>
        </w:rPr>
        <w:t xml:space="preserve">7. </w:t>
      </w:r>
      <w:r w:rsidRPr="001709B1">
        <w:rPr>
          <w:rFonts w:ascii="Iskoola Pota" w:hAnsi="Iskoola Pota" w:cs="Iskoola Pota"/>
          <w:sz w:val="24"/>
          <w:szCs w:val="24"/>
        </w:rPr>
        <w:t>කර්තෘ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මණ්ඩල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ඇගයීම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සම</w:t>
      </w:r>
      <w:r w:rsidRPr="001709B1">
        <w:rPr>
          <w:sz w:val="24"/>
          <w:szCs w:val="24"/>
        </w:rPr>
        <w:t>-</w:t>
      </w:r>
      <w:r w:rsidRPr="001709B1">
        <w:rPr>
          <w:rFonts w:ascii="Iskoola Pota" w:hAnsi="Iskoola Pota" w:cs="Iskoola Pota"/>
          <w:sz w:val="24"/>
          <w:szCs w:val="24"/>
        </w:rPr>
        <w:t>සමාලෝචනය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රකාශනය</w:t>
      </w:r>
    </w:p>
    <w:p w14:paraId="1D827A05" w14:textId="77777777" w:rsidR="00497817" w:rsidRPr="001709B1" w:rsidRDefault="00497817" w:rsidP="00497817">
      <w:pPr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ඉදිරිපත්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ලිපි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කර්තෘ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මණ්ඩල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ඇගයීමට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සහ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සඟරාවේ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සම</w:t>
      </w:r>
      <w:r w:rsidRPr="001709B1">
        <w:rPr>
          <w:sz w:val="24"/>
          <w:szCs w:val="24"/>
        </w:rPr>
        <w:t>-</w:t>
      </w:r>
      <w:r w:rsidRPr="001709B1">
        <w:rPr>
          <w:rFonts w:ascii="Iskoola Pota" w:hAnsi="Iskoola Pota" w:cs="Iskoola Pota"/>
          <w:sz w:val="24"/>
          <w:szCs w:val="24"/>
        </w:rPr>
        <w:t>සමාලෝචන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රියාවලියට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යටත්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වේ</w:t>
      </w:r>
      <w:r w:rsidRPr="001709B1">
        <w:rPr>
          <w:sz w:val="24"/>
          <w:szCs w:val="24"/>
        </w:rPr>
        <w:t xml:space="preserve">. </w:t>
      </w:r>
      <w:r w:rsidRPr="001709B1">
        <w:rPr>
          <w:rFonts w:ascii="Iskoola Pota" w:hAnsi="Iskoola Pota" w:cs="Iskoola Pota"/>
          <w:sz w:val="24"/>
          <w:szCs w:val="24"/>
        </w:rPr>
        <w:t>ශාස්ත්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රීය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ගුණාත්මකභාවය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නවතාව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අදාළත්වය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සඟරාවේ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විෂය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පථයට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ගැළපීම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සහ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සමාලෝචන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රතිඵල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මත</w:t>
      </w:r>
      <w:r w:rsidRPr="001709B1">
        <w:rPr>
          <w:sz w:val="24"/>
          <w:szCs w:val="24"/>
        </w:rPr>
        <w:t xml:space="preserve"> </w:t>
      </w:r>
      <w:r>
        <w:rPr>
          <w:rFonts w:cs="Iskoola Pota" w:hint="cs"/>
          <w:sz w:val="24"/>
          <w:szCs w:val="24"/>
          <w:cs/>
          <w:lang w:bidi="si-LK"/>
        </w:rPr>
        <w:t xml:space="preserve">ලිපිය </w:t>
      </w:r>
      <w:r w:rsidRPr="001709B1">
        <w:rPr>
          <w:rFonts w:ascii="Iskoola Pota" w:hAnsi="Iskoola Pota" w:cs="Iskoola Pota"/>
          <w:sz w:val="24"/>
          <w:szCs w:val="24"/>
        </w:rPr>
        <w:t>ප්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රකාශන</w:t>
      </w:r>
      <w:r>
        <w:rPr>
          <w:rFonts w:cs="Iskoola Pota" w:hint="cs"/>
          <w:sz w:val="24"/>
          <w:szCs w:val="24"/>
          <w:cs/>
          <w:lang w:bidi="si-LK"/>
        </w:rPr>
        <w:t>ය කිරීම පිළිබඳ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තීරණ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ගනු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ලැබේ</w:t>
      </w:r>
      <w:r w:rsidRPr="001709B1">
        <w:rPr>
          <w:sz w:val="24"/>
          <w:szCs w:val="24"/>
        </w:rPr>
        <w:t xml:space="preserve">. </w:t>
      </w:r>
      <w:r w:rsidRPr="001709B1">
        <w:rPr>
          <w:rFonts w:ascii="Iskoola Pota" w:hAnsi="Iskoola Pota" w:cs="Iskoola Pota"/>
          <w:sz w:val="24"/>
          <w:szCs w:val="24"/>
        </w:rPr>
        <w:t>ලිපියක්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ඉදිරිපත්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කිරීමෙන්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එය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පිළිගැනීම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හෝ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රකාශනය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සහතික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නොවේ</w:t>
      </w:r>
      <w:r w:rsidRPr="001709B1">
        <w:rPr>
          <w:sz w:val="24"/>
          <w:szCs w:val="24"/>
        </w:rPr>
        <w:t>.</w:t>
      </w:r>
    </w:p>
    <w:p w14:paraId="318FC73E" w14:textId="77777777" w:rsidR="00497817" w:rsidRDefault="00497817" w:rsidP="00497817">
      <w:pPr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lastRenderedPageBreak/>
        <w:t>ලිපියේ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රගතිය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පිළිබඳව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කර්තෘ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මණ්ඩලය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වගකිව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යුතු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කර්තෘවරයා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සමඟ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සන්නිවේදනය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ඇත</w:t>
      </w:r>
      <w:r w:rsidRPr="001709B1">
        <w:rPr>
          <w:sz w:val="24"/>
          <w:szCs w:val="24"/>
        </w:rPr>
        <w:t xml:space="preserve">. </w:t>
      </w:r>
      <w:r w:rsidRPr="001709B1">
        <w:rPr>
          <w:rFonts w:ascii="Iskoola Pota" w:hAnsi="Iskoola Pota" w:cs="Iskoola Pota"/>
          <w:sz w:val="24"/>
          <w:szCs w:val="24"/>
        </w:rPr>
        <w:t>සංශෝධන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ඉල්ලා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සිටින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විට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සමාලෝචකයන්ගේ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කර්තෘ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මණ්ඩලයේ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අදහස්වලට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රතිචාර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දක්වා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නියමිත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කාලය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තුළ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සංශෝධිත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ලිපිය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යොමු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කරන්න</w:t>
      </w:r>
      <w:r w:rsidRPr="001709B1">
        <w:rPr>
          <w:sz w:val="24"/>
          <w:szCs w:val="24"/>
        </w:rPr>
        <w:t xml:space="preserve">. </w:t>
      </w:r>
      <w:r w:rsidRPr="001709B1">
        <w:rPr>
          <w:rFonts w:ascii="Iskoola Pota" w:hAnsi="Iskoola Pota" w:cs="Iskoola Pota"/>
          <w:sz w:val="24"/>
          <w:szCs w:val="24"/>
        </w:rPr>
        <w:t>පිළිගැනීමෙන්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සහ</w:t>
      </w:r>
      <w:r w:rsidRPr="001709B1">
        <w:rPr>
          <w:sz w:val="24"/>
          <w:szCs w:val="24"/>
        </w:rPr>
        <w:t xml:space="preserve"> </w:t>
      </w:r>
      <w:r>
        <w:rPr>
          <w:sz w:val="24"/>
          <w:szCs w:val="24"/>
        </w:rPr>
        <w:t>Double-blind Review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රියාවලියෙන්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පසු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අවසන්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පිරික්සුම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සඳහා</w:t>
      </w:r>
      <w:r w:rsidRPr="001709B1">
        <w:rPr>
          <w:sz w:val="24"/>
          <w:szCs w:val="24"/>
        </w:rPr>
        <w:t xml:space="preserve"> </w:t>
      </w:r>
      <w:r>
        <w:rPr>
          <w:rFonts w:cs="Iskoola Pota" w:hint="cs"/>
          <w:sz w:val="24"/>
          <w:szCs w:val="24"/>
          <w:cs/>
          <w:lang w:bidi="si-LK"/>
        </w:rPr>
        <w:t xml:space="preserve">ලිපියේ </w:t>
      </w:r>
      <w:r w:rsidRPr="001709B1">
        <w:rPr>
          <w:rFonts w:ascii="Iskoola Pota" w:hAnsi="Iskoola Pota" w:cs="Iskoola Pota"/>
          <w:sz w:val="24"/>
          <w:szCs w:val="24"/>
        </w:rPr>
        <w:t>සෝදුපත්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වගකිව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යුතු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කර්තෘවරයාට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යවනු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ලැබේ</w:t>
      </w:r>
      <w:r w:rsidRPr="001709B1">
        <w:rPr>
          <w:sz w:val="24"/>
          <w:szCs w:val="24"/>
        </w:rPr>
        <w:t>.</w:t>
      </w:r>
    </w:p>
    <w:p w14:paraId="452D91DE" w14:textId="77777777" w:rsidR="00497817" w:rsidRPr="00932994" w:rsidRDefault="00497817" w:rsidP="00497817">
      <w:pPr>
        <w:rPr>
          <w:sz w:val="24"/>
          <w:szCs w:val="24"/>
          <w:lang w:val="en-GB"/>
        </w:rPr>
      </w:pPr>
    </w:p>
    <w:p w14:paraId="73DB5C8D" w14:textId="77777777" w:rsidR="00497817" w:rsidRPr="001709B1" w:rsidRDefault="00497817" w:rsidP="00497817">
      <w:pPr>
        <w:pStyle w:val="Heading1"/>
        <w:rPr>
          <w:sz w:val="24"/>
          <w:szCs w:val="24"/>
        </w:rPr>
      </w:pPr>
      <w:r w:rsidRPr="001709B1">
        <w:rPr>
          <w:sz w:val="24"/>
          <w:szCs w:val="24"/>
        </w:rPr>
        <w:t xml:space="preserve">8. </w:t>
      </w:r>
      <w:r w:rsidRPr="001709B1">
        <w:rPr>
          <w:rFonts w:ascii="Iskoola Pota" w:hAnsi="Iskoola Pota" w:cs="Iskoola Pota"/>
          <w:sz w:val="24"/>
          <w:szCs w:val="24"/>
        </w:rPr>
        <w:t>ඉදිරිපත්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කිරීමට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පෙර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පිරික්සුම්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ලැයිස්තුව</w:t>
      </w:r>
    </w:p>
    <w:p w14:paraId="417A94EB" w14:textId="77777777" w:rsidR="00497817" w:rsidRPr="001709B1" w:rsidRDefault="00497817" w:rsidP="00497817">
      <w:pPr>
        <w:pStyle w:val="ListBullet"/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ලිපිය</w:t>
      </w:r>
      <w:r w:rsidRPr="001709B1">
        <w:rPr>
          <w:sz w:val="24"/>
          <w:szCs w:val="24"/>
        </w:rPr>
        <w:t xml:space="preserve"> JAHS </w:t>
      </w:r>
      <w:r w:rsidRPr="001709B1">
        <w:rPr>
          <w:rFonts w:ascii="Iskoola Pota" w:hAnsi="Iskoola Pota" w:cs="Iskoola Pota"/>
          <w:sz w:val="24"/>
          <w:szCs w:val="24"/>
        </w:rPr>
        <w:t>සඟරාවේ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විෂය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පථයට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අදාළ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වේ</w:t>
      </w:r>
      <w:r w:rsidRPr="001709B1">
        <w:rPr>
          <w:sz w:val="24"/>
          <w:szCs w:val="24"/>
        </w:rPr>
        <w:t>.</w:t>
      </w:r>
    </w:p>
    <w:p w14:paraId="16AFD36A" w14:textId="77777777" w:rsidR="00497817" w:rsidRPr="001709B1" w:rsidRDefault="00497817" w:rsidP="00497817">
      <w:pPr>
        <w:pStyle w:val="ListBullet"/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ආශ්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රිත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ග්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රන්ථ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නාමාවලිය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ද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ඇතුළුව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වචන</w:t>
      </w:r>
      <w:r w:rsidRPr="001709B1">
        <w:rPr>
          <w:sz w:val="24"/>
          <w:szCs w:val="24"/>
        </w:rPr>
        <w:t xml:space="preserve"> 12,000 </w:t>
      </w:r>
      <w:r w:rsidRPr="001709B1">
        <w:rPr>
          <w:rFonts w:ascii="Iskoola Pota" w:hAnsi="Iskoola Pota" w:cs="Iskoola Pota"/>
          <w:sz w:val="24"/>
          <w:szCs w:val="24"/>
        </w:rPr>
        <w:t>සීමාව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නොඉක්මවයි</w:t>
      </w:r>
      <w:r w:rsidRPr="001709B1">
        <w:rPr>
          <w:sz w:val="24"/>
          <w:szCs w:val="24"/>
        </w:rPr>
        <w:t>.</w:t>
      </w:r>
    </w:p>
    <w:p w14:paraId="724E4D64" w14:textId="77777777" w:rsidR="00497817" w:rsidRPr="001709B1" w:rsidRDefault="00497817" w:rsidP="00497817">
      <w:pPr>
        <w:pStyle w:val="ListBullet"/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වචන</w:t>
      </w:r>
      <w:r w:rsidRPr="001709B1">
        <w:rPr>
          <w:sz w:val="24"/>
          <w:szCs w:val="24"/>
        </w:rPr>
        <w:t xml:space="preserve"> 250–300</w:t>
      </w:r>
      <w:r w:rsidRPr="001709B1">
        <w:rPr>
          <w:rFonts w:ascii="Iskoola Pota" w:hAnsi="Iskoola Pota" w:cs="Iskoola Pota"/>
          <w:sz w:val="24"/>
          <w:szCs w:val="24"/>
        </w:rPr>
        <w:t>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එක්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ඡේදයක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සාරාංශයක්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සහ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මූල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පද</w:t>
      </w:r>
      <w:r w:rsidRPr="001709B1">
        <w:rPr>
          <w:sz w:val="24"/>
          <w:szCs w:val="24"/>
        </w:rPr>
        <w:t xml:space="preserve"> 4–8</w:t>
      </w:r>
      <w:r w:rsidRPr="001709B1">
        <w:rPr>
          <w:rFonts w:ascii="Iskoola Pota" w:hAnsi="Iskoola Pota" w:cs="Iskoola Pota"/>
          <w:sz w:val="24"/>
          <w:szCs w:val="24"/>
        </w:rPr>
        <w:t>ක්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ඇතුළත්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ඇත</w:t>
      </w:r>
      <w:r w:rsidRPr="001709B1">
        <w:rPr>
          <w:sz w:val="24"/>
          <w:szCs w:val="24"/>
        </w:rPr>
        <w:t>.</w:t>
      </w:r>
    </w:p>
    <w:p w14:paraId="40FBE4E6" w14:textId="77777777" w:rsidR="00497817" w:rsidRPr="001709B1" w:rsidRDefault="00497817" w:rsidP="00497817">
      <w:pPr>
        <w:pStyle w:val="ListBullet"/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කර්තෘ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තොරතුරු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සම්පූර්ණ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අතර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වගකිව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යුතු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කර්තෘවරයා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හඳුනාගෙන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ඇත</w:t>
      </w:r>
      <w:r w:rsidRPr="001709B1">
        <w:rPr>
          <w:sz w:val="24"/>
          <w:szCs w:val="24"/>
        </w:rPr>
        <w:t>.</w:t>
      </w:r>
    </w:p>
    <w:p w14:paraId="1A8910DE" w14:textId="77777777" w:rsidR="00497817" w:rsidRPr="001709B1" w:rsidRDefault="00497817" w:rsidP="00497817">
      <w:pPr>
        <w:pStyle w:val="ListBullet"/>
        <w:rPr>
          <w:sz w:val="24"/>
          <w:szCs w:val="24"/>
        </w:rPr>
      </w:pPr>
      <w:r w:rsidRPr="001709B1">
        <w:rPr>
          <w:sz w:val="24"/>
          <w:szCs w:val="24"/>
        </w:rPr>
        <w:t xml:space="preserve">Form No. 01 </w:t>
      </w:r>
      <w:r w:rsidRPr="001709B1">
        <w:rPr>
          <w:rFonts w:ascii="Iskoola Pota" w:hAnsi="Iskoola Pota" w:cs="Iskoola Pota"/>
          <w:sz w:val="24"/>
          <w:szCs w:val="24"/>
        </w:rPr>
        <w:t>වෙනම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ගොනුවක්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ලෙස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සකස්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ඇත</w:t>
      </w:r>
      <w:r w:rsidRPr="001709B1">
        <w:rPr>
          <w:sz w:val="24"/>
          <w:szCs w:val="24"/>
        </w:rPr>
        <w:t>.</w:t>
      </w:r>
    </w:p>
    <w:p w14:paraId="1758C8CD" w14:textId="77777777" w:rsidR="00497817" w:rsidRPr="001709B1" w:rsidRDefault="00497817" w:rsidP="00497817">
      <w:pPr>
        <w:pStyle w:val="ListBullet"/>
        <w:rPr>
          <w:sz w:val="24"/>
          <w:szCs w:val="24"/>
        </w:rPr>
      </w:pPr>
      <w:r w:rsidRPr="001709B1">
        <w:rPr>
          <w:sz w:val="24"/>
          <w:szCs w:val="24"/>
        </w:rPr>
        <w:t xml:space="preserve">Harvard </w:t>
      </w:r>
      <w:r w:rsidRPr="001709B1">
        <w:rPr>
          <w:rFonts w:ascii="Iskoola Pota" w:hAnsi="Iskoola Pota" w:cs="Iskoola Pota"/>
          <w:sz w:val="24"/>
          <w:szCs w:val="24"/>
        </w:rPr>
        <w:t>ක්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රමයට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අනුව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උපුටා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දැක්වීම්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ආශ්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රිත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ග්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රන්ථ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නාමාවලිය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පරීක්ෂා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ඇත</w:t>
      </w:r>
      <w:r w:rsidRPr="001709B1">
        <w:rPr>
          <w:sz w:val="24"/>
          <w:szCs w:val="24"/>
        </w:rPr>
        <w:t>.</w:t>
      </w:r>
    </w:p>
    <w:p w14:paraId="441C2422" w14:textId="77777777" w:rsidR="00497817" w:rsidRPr="001709B1" w:rsidRDefault="00497817" w:rsidP="00497817">
      <w:pPr>
        <w:pStyle w:val="ListBullet"/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වගු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රූප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අංකනය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ශීර්ෂ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යොදා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අවශ්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ගුණාත්මකභාවයෙන්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සකස්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ඇත</w:t>
      </w:r>
      <w:r w:rsidRPr="001709B1">
        <w:rPr>
          <w:sz w:val="24"/>
          <w:szCs w:val="24"/>
        </w:rPr>
        <w:t>.</w:t>
      </w:r>
    </w:p>
    <w:p w14:paraId="06A30705" w14:textId="77777777" w:rsidR="00497817" w:rsidRDefault="00497817" w:rsidP="00497817">
      <w:pPr>
        <w:pStyle w:val="ListBullet"/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සිංහල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ලිපි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සඳහා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ඉංග්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රීසි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මාතෘකාව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කර්තෘ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තොරතුරු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සාරාංශය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සහ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මූල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පද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ද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ඇතුළත්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ඇත</w:t>
      </w:r>
      <w:r w:rsidRPr="001709B1">
        <w:rPr>
          <w:sz w:val="24"/>
          <w:szCs w:val="24"/>
        </w:rPr>
        <w:t>.</w:t>
      </w:r>
    </w:p>
    <w:p w14:paraId="7553C129" w14:textId="77777777" w:rsidR="00497817" w:rsidRPr="001709B1" w:rsidRDefault="00497817" w:rsidP="00497817">
      <w:pPr>
        <w:pStyle w:val="ListBullet"/>
        <w:numPr>
          <w:ilvl w:val="0"/>
          <w:numId w:val="0"/>
        </w:numPr>
        <w:ind w:left="360"/>
        <w:rPr>
          <w:sz w:val="24"/>
          <w:szCs w:val="24"/>
        </w:rPr>
      </w:pPr>
    </w:p>
    <w:p w14:paraId="3750F60D" w14:textId="77777777" w:rsidR="00497817" w:rsidRDefault="00497817" w:rsidP="00497817">
      <w:pPr>
        <w:pStyle w:val="Heading1"/>
        <w:rPr>
          <w:rFonts w:cs="Iskoola Pota"/>
          <w:sz w:val="24"/>
          <w:szCs w:val="24"/>
          <w:lang w:bidi="si-LK"/>
        </w:rPr>
      </w:pPr>
      <w:r w:rsidRPr="001709B1">
        <w:rPr>
          <w:sz w:val="24"/>
          <w:szCs w:val="24"/>
        </w:rPr>
        <w:t xml:space="preserve">9. </w:t>
      </w:r>
      <w:r w:rsidRPr="001709B1">
        <w:rPr>
          <w:rFonts w:ascii="Iskoola Pota" w:hAnsi="Iskoola Pota" w:cs="Iskoola Pota"/>
          <w:sz w:val="24"/>
          <w:szCs w:val="24"/>
        </w:rPr>
        <w:t>සඟරා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වෙබ්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අඩවිය</w:t>
      </w:r>
    </w:p>
    <w:p w14:paraId="37FC2325" w14:textId="77777777" w:rsidR="00497817" w:rsidRPr="00932994" w:rsidRDefault="00497817" w:rsidP="00497817">
      <w:pPr>
        <w:rPr>
          <w:lang w:bidi="si-LK"/>
        </w:rPr>
      </w:pPr>
    </w:p>
    <w:p w14:paraId="5EDD14C9" w14:textId="77777777" w:rsidR="00497817" w:rsidRDefault="00497817" w:rsidP="00497817">
      <w:r w:rsidRPr="001709B1">
        <w:rPr>
          <w:rFonts w:ascii="Iskoola Pota" w:hAnsi="Iskoola Pota" w:cs="Iskoola Pota"/>
          <w:sz w:val="24"/>
          <w:szCs w:val="24"/>
        </w:rPr>
        <w:t>ප්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රධාන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කර්තෘ</w:t>
      </w:r>
      <w:r w:rsidRPr="001709B1">
        <w:rPr>
          <w:sz w:val="24"/>
          <w:szCs w:val="24"/>
        </w:rPr>
        <w:br/>
      </w:r>
      <w:r>
        <w:rPr>
          <w:rFonts w:ascii="Iskoola Pota" w:hAnsi="Iskoola Pota"/>
          <w:b/>
          <w:sz w:val="20"/>
        </w:rPr>
        <w:t>THE JOURNAL OF ARCHAEOLOGY &amp; HERITAGE STUDIES (JAHS)</w:t>
      </w:r>
    </w:p>
    <w:p w14:paraId="627354C2" w14:textId="77777777" w:rsidR="00497817" w:rsidRPr="001709B1" w:rsidRDefault="00497817" w:rsidP="00497817">
      <w:pPr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පුරාවිද්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උරුම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කළමනාකරණ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අධ්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යයනාංශය</w:t>
      </w:r>
      <w:r w:rsidRPr="001709B1">
        <w:rPr>
          <w:sz w:val="24"/>
          <w:szCs w:val="24"/>
        </w:rPr>
        <w:br/>
      </w:r>
      <w:r w:rsidRPr="001709B1">
        <w:rPr>
          <w:rFonts w:ascii="Iskoola Pota" w:hAnsi="Iskoola Pota" w:cs="Iskoola Pota"/>
          <w:sz w:val="24"/>
          <w:szCs w:val="24"/>
        </w:rPr>
        <w:t>සමාජීය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විද්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හා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මානවශාස්ත්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පීඨය</w:t>
      </w:r>
      <w:r w:rsidRPr="001709B1">
        <w:rPr>
          <w:sz w:val="24"/>
          <w:szCs w:val="24"/>
        </w:rPr>
        <w:br/>
      </w:r>
      <w:r w:rsidRPr="001709B1">
        <w:rPr>
          <w:rFonts w:ascii="Iskoola Pota" w:hAnsi="Iskoola Pota" w:cs="Iskoola Pota"/>
          <w:sz w:val="24"/>
          <w:szCs w:val="24"/>
        </w:rPr>
        <w:t>ශ්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රී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ලංකා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රජරට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විශ්වවිද්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යාලය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මිහින්තලේ</w:t>
      </w:r>
      <w:r w:rsidRPr="001709B1">
        <w:rPr>
          <w:sz w:val="24"/>
          <w:szCs w:val="24"/>
        </w:rPr>
        <w:t xml:space="preserve">, </w:t>
      </w:r>
      <w:r w:rsidRPr="001709B1">
        <w:rPr>
          <w:rFonts w:ascii="Iskoola Pota" w:hAnsi="Iskoola Pota" w:cs="Iskoola Pota"/>
          <w:sz w:val="24"/>
          <w:szCs w:val="24"/>
        </w:rPr>
        <w:t>ශ්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රී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ලංකාව</w:t>
      </w:r>
    </w:p>
    <w:p w14:paraId="7D878C56" w14:textId="77777777" w:rsidR="00497817" w:rsidRPr="001709B1" w:rsidRDefault="00497817" w:rsidP="00497817">
      <w:pPr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විද්</w:t>
      </w:r>
      <w:r w:rsidRPr="001709B1">
        <w:rPr>
          <w:sz w:val="24"/>
          <w:szCs w:val="24"/>
        </w:rPr>
        <w:t>‍</w:t>
      </w:r>
      <w:r w:rsidRPr="001709B1">
        <w:rPr>
          <w:rFonts w:ascii="Iskoola Pota" w:hAnsi="Iskoola Pota" w:cs="Iskoola Pota"/>
          <w:sz w:val="24"/>
          <w:szCs w:val="24"/>
        </w:rPr>
        <w:t>යුත්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තැපෑල</w:t>
      </w:r>
      <w:r w:rsidRPr="001709B1">
        <w:rPr>
          <w:sz w:val="24"/>
          <w:szCs w:val="24"/>
        </w:rPr>
        <w:t xml:space="preserve">: jahs@ssh.rjt.ac.lk | </w:t>
      </w:r>
      <w:r w:rsidRPr="001709B1">
        <w:rPr>
          <w:rFonts w:ascii="Iskoola Pota" w:hAnsi="Iskoola Pota" w:cs="Iskoola Pota"/>
          <w:sz w:val="24"/>
          <w:szCs w:val="24"/>
        </w:rPr>
        <w:t>දුරකථන</w:t>
      </w:r>
      <w:r w:rsidRPr="001709B1">
        <w:rPr>
          <w:sz w:val="24"/>
          <w:szCs w:val="24"/>
        </w:rPr>
        <w:t>: +94 25 226 6618</w:t>
      </w:r>
    </w:p>
    <w:p w14:paraId="541FB4BB" w14:textId="77777777" w:rsidR="00497817" w:rsidRPr="001709B1" w:rsidRDefault="00497817" w:rsidP="00497817">
      <w:pPr>
        <w:rPr>
          <w:sz w:val="24"/>
          <w:szCs w:val="24"/>
        </w:rPr>
      </w:pPr>
      <w:r w:rsidRPr="001709B1">
        <w:rPr>
          <w:rFonts w:ascii="Iskoola Pota" w:hAnsi="Iskoola Pota" w:cs="Iskoola Pota"/>
          <w:sz w:val="24"/>
          <w:szCs w:val="24"/>
        </w:rPr>
        <w:t>වෙබ්</w:t>
      </w:r>
      <w:r w:rsidRPr="001709B1">
        <w:rPr>
          <w:sz w:val="24"/>
          <w:szCs w:val="24"/>
        </w:rPr>
        <w:t xml:space="preserve"> </w:t>
      </w:r>
      <w:r w:rsidRPr="001709B1">
        <w:rPr>
          <w:rFonts w:ascii="Iskoola Pota" w:hAnsi="Iskoola Pota" w:cs="Iskoola Pota"/>
          <w:sz w:val="24"/>
          <w:szCs w:val="24"/>
        </w:rPr>
        <w:t>අඩවිය</w:t>
      </w:r>
      <w:r w:rsidRPr="001709B1">
        <w:rPr>
          <w:sz w:val="24"/>
          <w:szCs w:val="24"/>
        </w:rPr>
        <w:t xml:space="preserve">: </w:t>
      </w:r>
      <w:hyperlink r:id="rId10" w:history="1">
        <w:r w:rsidRPr="001709B1">
          <w:rPr>
            <w:rStyle w:val="Hyperlink"/>
            <w:sz w:val="24"/>
            <w:szCs w:val="24"/>
          </w:rPr>
          <w:t>https://fssh.rjt.ac.lk/index.php/jahs-about/</w:t>
        </w:r>
      </w:hyperlink>
    </w:p>
    <w:p w14:paraId="5F653C94" w14:textId="77777777" w:rsidR="00497817" w:rsidRPr="001709B1" w:rsidRDefault="00497817" w:rsidP="00497817">
      <w:pPr>
        <w:rPr>
          <w:sz w:val="24"/>
          <w:szCs w:val="24"/>
        </w:rPr>
      </w:pPr>
    </w:p>
    <w:p w14:paraId="49D1E104" w14:textId="77777777" w:rsidR="00497817" w:rsidRPr="001709B1" w:rsidRDefault="00497817" w:rsidP="00497817">
      <w:pPr>
        <w:spacing w:after="0"/>
        <w:jc w:val="center"/>
        <w:rPr>
          <w:rFonts w:ascii="FMAbabld" w:eastAsia="Calibri" w:hAnsi="FMAbabld" w:cs="Times New Roman"/>
          <w:b/>
          <w:bCs/>
          <w:sz w:val="24"/>
          <w:szCs w:val="24"/>
          <w:u w:val="single"/>
          <w:lang w:bidi="ta-IN"/>
        </w:rPr>
      </w:pPr>
    </w:p>
    <w:p w14:paraId="13B23BD6" w14:textId="31365AD9" w:rsidR="00497817" w:rsidRDefault="003F4300" w:rsidP="00497817">
      <w:pPr>
        <w:spacing w:after="0"/>
        <w:jc w:val="center"/>
        <w:rPr>
          <w:rFonts w:ascii="FMAbabld" w:eastAsia="Calibri" w:hAnsi="FMAbabld" w:cs="Times New Roman"/>
          <w:b/>
          <w:bCs/>
          <w:sz w:val="24"/>
          <w:szCs w:val="24"/>
          <w:u w:val="single"/>
          <w:lang w:bidi="ta-IN"/>
        </w:rPr>
      </w:pPr>
      <w:r>
        <w:rPr>
          <w:rFonts w:ascii="Segoe Script" w:hAnsi="Segoe Script"/>
          <w:b/>
          <w:bCs/>
          <w:noProof/>
          <w:sz w:val="28"/>
          <w:szCs w:val="28"/>
        </w:rPr>
        <w:drawing>
          <wp:anchor distT="0" distB="0" distL="114300" distR="114300" simplePos="0" relativeHeight="251664896" behindDoc="1" locked="0" layoutInCell="1" allowOverlap="1" wp14:anchorId="0D480031" wp14:editId="1E3C049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186180" cy="1186180"/>
            <wp:effectExtent l="0" t="0" r="0" b="0"/>
            <wp:wrapNone/>
            <wp:docPr id="115891880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180" cy="118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DFDA61" w14:textId="77777777" w:rsidR="00497817" w:rsidRDefault="00497817" w:rsidP="00497817">
      <w:pPr>
        <w:spacing w:after="0"/>
        <w:jc w:val="center"/>
        <w:rPr>
          <w:rFonts w:ascii="FMAbabld" w:eastAsia="Calibri" w:hAnsi="FMAbabld" w:cs="Times New Roman"/>
          <w:b/>
          <w:bCs/>
          <w:sz w:val="24"/>
          <w:szCs w:val="24"/>
          <w:u w:val="single"/>
          <w:lang w:bidi="ta-IN"/>
        </w:rPr>
      </w:pPr>
    </w:p>
    <w:p w14:paraId="135DF4FD" w14:textId="77777777" w:rsidR="00497817" w:rsidRDefault="00497817" w:rsidP="00497817">
      <w:pPr>
        <w:spacing w:after="0"/>
        <w:jc w:val="center"/>
        <w:rPr>
          <w:rFonts w:ascii="FMAbabld" w:eastAsia="Calibri" w:hAnsi="FMAbabld" w:cs="Times New Roman"/>
          <w:b/>
          <w:bCs/>
          <w:sz w:val="24"/>
          <w:szCs w:val="24"/>
          <w:u w:val="single"/>
          <w:lang w:bidi="ta-IN"/>
        </w:rPr>
      </w:pPr>
    </w:p>
    <w:p w14:paraId="1E4ABDEA" w14:textId="77777777" w:rsidR="00497817" w:rsidRDefault="00497817" w:rsidP="00497817">
      <w:pPr>
        <w:spacing w:after="0"/>
        <w:jc w:val="center"/>
        <w:rPr>
          <w:rFonts w:ascii="FMAbabld" w:eastAsia="Calibri" w:hAnsi="FMAbabld" w:cs="Times New Roman"/>
          <w:b/>
          <w:bCs/>
          <w:sz w:val="24"/>
          <w:szCs w:val="24"/>
          <w:u w:val="single"/>
          <w:lang w:bidi="ta-IN"/>
        </w:rPr>
      </w:pPr>
    </w:p>
    <w:p w14:paraId="0E192515" w14:textId="77777777" w:rsidR="00497817" w:rsidRDefault="00497817" w:rsidP="00497817">
      <w:pPr>
        <w:spacing w:after="0"/>
        <w:jc w:val="center"/>
        <w:rPr>
          <w:rFonts w:ascii="FMAbabld" w:eastAsia="Calibri" w:hAnsi="FMAbabld" w:cs="Times New Roman"/>
          <w:b/>
          <w:bCs/>
          <w:sz w:val="24"/>
          <w:szCs w:val="24"/>
          <w:u w:val="single"/>
          <w:lang w:bidi="ta-IN"/>
        </w:rPr>
      </w:pPr>
    </w:p>
    <w:p w14:paraId="0648C8CC" w14:textId="77777777" w:rsidR="00497817" w:rsidRDefault="00497817" w:rsidP="00497817">
      <w:pPr>
        <w:spacing w:after="0"/>
        <w:jc w:val="center"/>
        <w:rPr>
          <w:rFonts w:ascii="FMAbabld" w:eastAsia="Calibri" w:hAnsi="FMAbabld" w:cs="Times New Roman"/>
          <w:b/>
          <w:bCs/>
          <w:sz w:val="24"/>
          <w:szCs w:val="24"/>
          <w:u w:val="single"/>
          <w:lang w:bidi="ta-IN"/>
        </w:rPr>
      </w:pPr>
    </w:p>
    <w:p w14:paraId="4753F745" w14:textId="77777777" w:rsidR="00497817" w:rsidRDefault="00497817" w:rsidP="00497817">
      <w:pPr>
        <w:spacing w:after="0"/>
        <w:jc w:val="center"/>
        <w:rPr>
          <w:rFonts w:ascii="FMAbabld" w:eastAsia="Calibri" w:hAnsi="FMAbabld" w:cs="Times New Roman"/>
          <w:b/>
          <w:bCs/>
          <w:sz w:val="24"/>
          <w:szCs w:val="24"/>
          <w:u w:val="single"/>
          <w:lang w:bidi="ta-IN"/>
        </w:rPr>
      </w:pPr>
    </w:p>
    <w:p w14:paraId="2B2C3325" w14:textId="77777777" w:rsidR="00497817" w:rsidRDefault="00497817" w:rsidP="00497817">
      <w:pPr>
        <w:spacing w:after="0"/>
        <w:jc w:val="center"/>
        <w:rPr>
          <w:rFonts w:ascii="FMAbabld" w:eastAsia="Calibri" w:hAnsi="FMAbabld" w:cs="Times New Roman"/>
          <w:b/>
          <w:bCs/>
          <w:sz w:val="24"/>
          <w:szCs w:val="24"/>
          <w:u w:val="single"/>
          <w:lang w:bidi="ta-IN"/>
        </w:rPr>
      </w:pPr>
    </w:p>
    <w:p w14:paraId="3D2879F8" w14:textId="77777777" w:rsidR="00497817" w:rsidRDefault="00497817" w:rsidP="00497817">
      <w:pPr>
        <w:spacing w:after="0"/>
        <w:jc w:val="center"/>
        <w:rPr>
          <w:rFonts w:ascii="FMAbabld" w:eastAsia="Calibri" w:hAnsi="FMAbabld" w:cs="Times New Roman"/>
          <w:b/>
          <w:bCs/>
          <w:sz w:val="24"/>
          <w:szCs w:val="24"/>
          <w:u w:val="single"/>
          <w:lang w:bidi="ta-IN"/>
        </w:rPr>
      </w:pPr>
    </w:p>
    <w:p w14:paraId="17E9637B" w14:textId="77777777" w:rsidR="00497817" w:rsidRDefault="00497817" w:rsidP="00497817">
      <w:pPr>
        <w:spacing w:after="0"/>
        <w:jc w:val="center"/>
        <w:rPr>
          <w:rFonts w:ascii="FMAbabld" w:eastAsia="Calibri" w:hAnsi="FMAbabld" w:cs="Times New Roman"/>
          <w:b/>
          <w:bCs/>
          <w:sz w:val="24"/>
          <w:szCs w:val="24"/>
          <w:u w:val="single"/>
          <w:lang w:bidi="ta-IN"/>
        </w:rPr>
      </w:pPr>
    </w:p>
    <w:p w14:paraId="0500945D" w14:textId="77777777" w:rsidR="00497817" w:rsidRDefault="00497817" w:rsidP="00497817">
      <w:pPr>
        <w:spacing w:after="0"/>
        <w:jc w:val="center"/>
        <w:rPr>
          <w:rFonts w:ascii="FMAbabld" w:eastAsia="Calibri" w:hAnsi="FMAbabld" w:cs="Times New Roman"/>
          <w:b/>
          <w:bCs/>
          <w:sz w:val="24"/>
          <w:szCs w:val="24"/>
          <w:u w:val="single"/>
          <w:lang w:bidi="ta-IN"/>
        </w:rPr>
      </w:pPr>
    </w:p>
    <w:p w14:paraId="3063335B" w14:textId="77777777" w:rsidR="00497817" w:rsidRPr="001709B1" w:rsidRDefault="00497817" w:rsidP="00497817">
      <w:pPr>
        <w:spacing w:after="0"/>
        <w:jc w:val="center"/>
        <w:rPr>
          <w:rFonts w:ascii="FMAbabld" w:eastAsia="Calibri" w:hAnsi="FMAbabld" w:cs="Times New Roman"/>
          <w:b/>
          <w:bCs/>
          <w:sz w:val="24"/>
          <w:szCs w:val="24"/>
          <w:u w:val="single"/>
          <w:lang w:bidi="ta-IN"/>
        </w:rPr>
      </w:pPr>
    </w:p>
    <w:p w14:paraId="37AE2B01" w14:textId="77777777" w:rsidR="00497817" w:rsidRPr="001709B1" w:rsidRDefault="00497817" w:rsidP="00497817">
      <w:pPr>
        <w:spacing w:after="0"/>
        <w:jc w:val="center"/>
        <w:rPr>
          <w:rFonts w:ascii="FMAbabld" w:eastAsia="Calibri" w:hAnsi="FMAbabld" w:cs="Times New Roman"/>
          <w:b/>
          <w:bCs/>
          <w:sz w:val="24"/>
          <w:szCs w:val="24"/>
          <w:u w:val="single"/>
          <w:lang w:bidi="ta-IN"/>
        </w:rPr>
      </w:pPr>
    </w:p>
    <w:p w14:paraId="2FB489ED" w14:textId="77777777" w:rsidR="00497817" w:rsidRPr="001709B1" w:rsidRDefault="00497817" w:rsidP="00497817">
      <w:pPr>
        <w:spacing w:after="0"/>
        <w:jc w:val="center"/>
        <w:rPr>
          <w:rFonts w:eastAsia="Calibri" w:cs="Times New Roman"/>
          <w:b/>
          <w:bCs/>
          <w:sz w:val="24"/>
          <w:szCs w:val="24"/>
          <w:u w:val="single"/>
          <w:lang w:bidi="ta-IN"/>
        </w:rPr>
      </w:pPr>
      <w:r w:rsidRPr="001709B1">
        <w:rPr>
          <w:rFonts w:ascii="FMAbabld" w:eastAsia="Calibri" w:hAnsi="FMAbabld" w:cs="Times New Roman"/>
          <w:b/>
          <w:bCs/>
          <w:sz w:val="24"/>
          <w:szCs w:val="24"/>
          <w:u w:val="single"/>
          <w:lang w:bidi="ta-IN"/>
        </w:rPr>
        <w:lastRenderedPageBreak/>
        <w:t>isxy, udOHfhka ilik ,o ,smshla kï my; f;dr;=re bÈßm;a lrkak</w:t>
      </w:r>
      <w:r w:rsidRPr="001709B1">
        <w:rPr>
          <w:rFonts w:ascii="FMAbhaya" w:eastAsia="Calibri" w:hAnsi="FMAbhaya" w:cs="Times New Roman"/>
          <w:b/>
          <w:bCs/>
          <w:sz w:val="24"/>
          <w:szCs w:val="24"/>
          <w:u w:val="single"/>
          <w:lang w:bidi="ta-IN"/>
        </w:rPr>
        <w:t>'</w:t>
      </w:r>
    </w:p>
    <w:p w14:paraId="3C1C044B" w14:textId="77777777" w:rsidR="00497817" w:rsidRPr="001709B1" w:rsidRDefault="00497817" w:rsidP="00497817">
      <w:pPr>
        <w:spacing w:after="0"/>
        <w:jc w:val="both"/>
        <w:rPr>
          <w:rFonts w:eastAsia="Calibri" w:cs="Times New Roman"/>
          <w:b/>
          <w:bCs/>
          <w:sz w:val="24"/>
          <w:szCs w:val="24"/>
          <w:lang w:bidi="ta-IN"/>
        </w:rPr>
      </w:pPr>
    </w:p>
    <w:p w14:paraId="19DD77C2" w14:textId="77777777" w:rsidR="00497817" w:rsidRPr="001709B1" w:rsidRDefault="00497817" w:rsidP="00497817">
      <w:pPr>
        <w:spacing w:after="0"/>
        <w:jc w:val="both"/>
        <w:rPr>
          <w:rFonts w:eastAsia="Calibri" w:cs="Times New Roman"/>
          <w:b/>
          <w:bCs/>
          <w:sz w:val="24"/>
          <w:szCs w:val="24"/>
          <w:lang w:bidi="ta-IN"/>
        </w:rPr>
      </w:pPr>
      <w:r w:rsidRPr="001709B1">
        <w:rPr>
          <w:rFonts w:eastAsia="Calibri" w:cs="Times New Roman"/>
          <w:b/>
          <w:bCs/>
          <w:sz w:val="24"/>
          <w:szCs w:val="24"/>
          <w:lang w:bidi="ta-IN"/>
        </w:rPr>
        <w:t>Form No. 01</w:t>
      </w:r>
    </w:p>
    <w:p w14:paraId="6047FE07" w14:textId="77777777" w:rsidR="00497817" w:rsidRPr="001709B1" w:rsidRDefault="00497817" w:rsidP="00497817">
      <w:pPr>
        <w:spacing w:after="0"/>
        <w:jc w:val="both"/>
        <w:rPr>
          <w:rFonts w:eastAsia="Calibri" w:cs="Times New Roman"/>
          <w:b/>
          <w:bCs/>
          <w:sz w:val="24"/>
          <w:szCs w:val="24"/>
          <w:lang w:bidi="ta-IN"/>
        </w:rPr>
      </w:pPr>
    </w:p>
    <w:p w14:paraId="44E9475B" w14:textId="77777777" w:rsidR="00497817" w:rsidRPr="001709B1" w:rsidRDefault="00497817" w:rsidP="00497817">
      <w:pPr>
        <w:spacing w:after="0"/>
        <w:jc w:val="both"/>
        <w:rPr>
          <w:rFonts w:ascii="FMAbabld" w:eastAsia="Calibri" w:hAnsi="FMAbabld" w:cs="Times New Roman"/>
          <w:b/>
          <w:bCs/>
          <w:sz w:val="24"/>
          <w:szCs w:val="24"/>
          <w:lang w:bidi="ta-IN"/>
        </w:rPr>
      </w:pPr>
      <w:r w:rsidRPr="001709B1">
        <w:rPr>
          <w:rFonts w:ascii="FMAbabld" w:eastAsia="Calibri" w:hAnsi="FMAbabld" w:cs="Times New Roman"/>
          <w:b/>
          <w:bCs/>
          <w:sz w:val="24"/>
          <w:szCs w:val="24"/>
          <w:lang w:bidi="ta-IN"/>
        </w:rPr>
        <w:t>,sms wxlh</w:t>
      </w:r>
      <w:r w:rsidRPr="001709B1">
        <w:rPr>
          <w:rFonts w:eastAsia="Calibri" w:cs="Times New Roman"/>
          <w:b/>
          <w:bCs/>
          <w:sz w:val="24"/>
          <w:szCs w:val="24"/>
          <w:lang w:bidi="ta-IN"/>
        </w:rPr>
        <w:t xml:space="preserve"> </w:t>
      </w:r>
      <w:r w:rsidRPr="001709B1">
        <w:rPr>
          <w:rFonts w:eastAsia="Calibri" w:cs="Times New Roman"/>
          <w:sz w:val="24"/>
          <w:szCs w:val="24"/>
          <w:lang w:bidi="ta-IN"/>
        </w:rPr>
        <w:t>_____________________</w:t>
      </w:r>
      <w:r w:rsidRPr="001709B1">
        <w:rPr>
          <w:rFonts w:ascii="FMAbabld" w:eastAsia="Calibri" w:hAnsi="FMAbabld" w:cs="Times New Roman"/>
          <w:sz w:val="24"/>
          <w:szCs w:val="24"/>
          <w:lang w:bidi="ta-IN"/>
        </w:rPr>
        <w:t xml:space="preserve"> </w:t>
      </w:r>
      <w:r w:rsidRPr="001709B1">
        <w:rPr>
          <w:rFonts w:ascii="FMAbabld" w:eastAsia="Calibri" w:hAnsi="FMAbabld" w:cs="Times New Roman"/>
          <w:b/>
          <w:bCs/>
          <w:sz w:val="24"/>
          <w:szCs w:val="24"/>
          <w:lang w:bidi="ta-IN"/>
        </w:rPr>
        <w:t xml:space="preserve"> </w:t>
      </w:r>
      <w:r w:rsidRPr="001709B1">
        <w:rPr>
          <w:rFonts w:ascii="FMAbhaya" w:eastAsia="Calibri" w:hAnsi="FMAbhaya" w:cs="Times New Roman"/>
          <w:sz w:val="24"/>
          <w:szCs w:val="24"/>
          <w:lang w:bidi="ta-IN"/>
        </w:rPr>
        <w:t xml:space="preserve">^ld¾hd,hSh m%fhdackh i|yd muKs&amp; </w:t>
      </w:r>
      <w:r w:rsidRPr="001709B1">
        <w:rPr>
          <w:rFonts w:ascii="FMAbhaya" w:eastAsia="Calibri" w:hAnsi="FMAbhaya" w:cs="Times New Roman"/>
          <w:i/>
          <w:iCs/>
          <w:sz w:val="24"/>
          <w:szCs w:val="24"/>
          <w:lang w:bidi="ta-IN"/>
        </w:rPr>
        <w:t>fuu wxlh l;=jrhd fj; ,nd fok w;r" bka wk;=rej isÿflfrk ish¨ ,sms .Kqfokqj, § uq,skau fuu wxlh i|yka lsÍu wksjd¾hh fõ'</w:t>
      </w:r>
      <w:r w:rsidRPr="001709B1">
        <w:rPr>
          <w:rFonts w:ascii="FMAbabld" w:eastAsia="Calibri" w:hAnsi="FMAbabld" w:cs="Times New Roman"/>
          <w:b/>
          <w:bCs/>
          <w:i/>
          <w:iCs/>
          <w:sz w:val="24"/>
          <w:szCs w:val="24"/>
          <w:lang w:bidi="ta-IN"/>
        </w:rPr>
        <w:t xml:space="preserve"> </w:t>
      </w:r>
    </w:p>
    <w:p w14:paraId="44634EB7" w14:textId="77777777" w:rsidR="00497817" w:rsidRPr="001709B1" w:rsidRDefault="00497817" w:rsidP="00497817">
      <w:pPr>
        <w:spacing w:after="0"/>
        <w:jc w:val="both"/>
        <w:rPr>
          <w:rFonts w:ascii="FMAbabld" w:eastAsia="Calibri" w:hAnsi="FMAbabld" w:cs="Times New Roman"/>
          <w:b/>
          <w:bCs/>
          <w:sz w:val="24"/>
          <w:szCs w:val="24"/>
          <w:lang w:bidi="ta-IN"/>
        </w:rPr>
      </w:pPr>
    </w:p>
    <w:p w14:paraId="30CFA876" w14:textId="77777777" w:rsidR="00497817" w:rsidRPr="001709B1" w:rsidRDefault="00497817" w:rsidP="00497817">
      <w:pPr>
        <w:spacing w:after="0"/>
        <w:jc w:val="both"/>
        <w:rPr>
          <w:rFonts w:ascii="FMAbabld" w:eastAsia="Calibri" w:hAnsi="FMAbabld" w:cs="Times New Roman"/>
          <w:sz w:val="24"/>
          <w:szCs w:val="24"/>
          <w:lang w:bidi="ta-IN"/>
        </w:rPr>
      </w:pPr>
      <w:r w:rsidRPr="001709B1">
        <w:rPr>
          <w:rFonts w:ascii="FMAbabld" w:eastAsia="Calibri" w:hAnsi="FMAbabld" w:cs="Times New Roman"/>
          <w:b/>
          <w:bCs/>
          <w:sz w:val="24"/>
          <w:szCs w:val="24"/>
          <w:lang w:bidi="ta-IN"/>
        </w:rPr>
        <w:t xml:space="preserve">,smsfha ud;Dldj ^isxy, yd bx.%Sis hk udOH folskau olajkak </w:t>
      </w:r>
      <w:r w:rsidRPr="001709B1">
        <w:rPr>
          <w:rFonts w:eastAsia="Calibri" w:cs="Times New Roman"/>
          <w:sz w:val="24"/>
          <w:szCs w:val="24"/>
          <w:lang w:bidi="ta-IN"/>
        </w:rPr>
        <w:t>__________________________</w:t>
      </w:r>
    </w:p>
    <w:p w14:paraId="297E7283" w14:textId="77777777" w:rsidR="00497817" w:rsidRPr="001709B1" w:rsidRDefault="00497817" w:rsidP="00497817">
      <w:pPr>
        <w:spacing w:after="0"/>
        <w:jc w:val="both"/>
        <w:rPr>
          <w:rFonts w:eastAsia="Calibri" w:cs="Times New Roman"/>
          <w:sz w:val="24"/>
          <w:szCs w:val="24"/>
          <w:lang w:bidi="ta-IN"/>
        </w:rPr>
      </w:pPr>
      <w:r w:rsidRPr="001709B1">
        <w:rPr>
          <w:rFonts w:eastAsia="Calibri" w:cs="Times New Roman"/>
          <w:sz w:val="24"/>
          <w:szCs w:val="24"/>
          <w:lang w:bidi="ta-IN"/>
        </w:rPr>
        <w:t>______________________________________________________________________________</w:t>
      </w:r>
    </w:p>
    <w:p w14:paraId="72FBD58B" w14:textId="77777777" w:rsidR="00497817" w:rsidRPr="001709B1" w:rsidRDefault="00497817" w:rsidP="00497817">
      <w:pPr>
        <w:spacing w:after="0"/>
        <w:jc w:val="both"/>
        <w:rPr>
          <w:rFonts w:eastAsia="Calibri" w:cs="Times New Roman"/>
          <w:sz w:val="24"/>
          <w:szCs w:val="24"/>
          <w:lang w:bidi="ta-IN"/>
        </w:rPr>
      </w:pPr>
      <w:r w:rsidRPr="001709B1">
        <w:rPr>
          <w:rFonts w:eastAsia="Calibri" w:cs="Times New Roman"/>
          <w:sz w:val="24"/>
          <w:szCs w:val="24"/>
          <w:lang w:bidi="ta-IN"/>
        </w:rPr>
        <w:t>______________________________________________________________________________</w:t>
      </w:r>
    </w:p>
    <w:p w14:paraId="423C1A0D" w14:textId="77777777" w:rsidR="00497817" w:rsidRPr="001709B1" w:rsidRDefault="00497817" w:rsidP="00497817">
      <w:pPr>
        <w:spacing w:after="0"/>
        <w:jc w:val="both"/>
        <w:rPr>
          <w:rFonts w:eastAsia="Calibri" w:cs="Times New Roman"/>
          <w:sz w:val="24"/>
          <w:szCs w:val="24"/>
          <w:lang w:bidi="ta-IN"/>
        </w:rPr>
      </w:pPr>
      <w:r w:rsidRPr="001709B1">
        <w:rPr>
          <w:rFonts w:eastAsia="Calibri" w:cs="Times New Roman"/>
          <w:sz w:val="24"/>
          <w:szCs w:val="24"/>
          <w:lang w:bidi="ta-IN"/>
        </w:rPr>
        <w:t>______________________________________________________________________________</w:t>
      </w:r>
    </w:p>
    <w:p w14:paraId="16C03593" w14:textId="77777777" w:rsidR="00497817" w:rsidRPr="001709B1" w:rsidRDefault="00497817" w:rsidP="00497817">
      <w:pPr>
        <w:spacing w:after="0"/>
        <w:jc w:val="both"/>
        <w:rPr>
          <w:rFonts w:eastAsia="Calibri" w:cs="Times New Roman"/>
          <w:sz w:val="24"/>
          <w:szCs w:val="24"/>
          <w:lang w:bidi="ta-IN"/>
        </w:rPr>
      </w:pPr>
    </w:p>
    <w:p w14:paraId="66D3FB80" w14:textId="77777777" w:rsidR="00497817" w:rsidRPr="001709B1" w:rsidRDefault="00497817" w:rsidP="00497817">
      <w:pPr>
        <w:spacing w:after="0"/>
        <w:jc w:val="both"/>
        <w:rPr>
          <w:rFonts w:ascii="FMAbabld" w:eastAsia="Calibri" w:hAnsi="FMAbabld" w:cs="Times New Roman"/>
          <w:sz w:val="24"/>
          <w:szCs w:val="24"/>
          <w:lang w:bidi="ta-IN"/>
        </w:rPr>
      </w:pPr>
    </w:p>
    <w:p w14:paraId="6D64590E" w14:textId="77777777" w:rsidR="00497817" w:rsidRPr="001709B1" w:rsidRDefault="00497817" w:rsidP="00497817">
      <w:pPr>
        <w:spacing w:after="0"/>
        <w:jc w:val="both"/>
        <w:rPr>
          <w:rFonts w:ascii="FMAbabld" w:eastAsia="Calibri" w:hAnsi="FMAbabld" w:cs="Times New Roman"/>
          <w:b/>
          <w:bCs/>
          <w:sz w:val="24"/>
          <w:szCs w:val="24"/>
          <w:lang w:bidi="ta-IN"/>
        </w:rPr>
      </w:pPr>
    </w:p>
    <w:p w14:paraId="3DB95C15" w14:textId="77777777" w:rsidR="00497817" w:rsidRPr="001709B1" w:rsidRDefault="00497817" w:rsidP="00497817">
      <w:pPr>
        <w:spacing w:after="0"/>
        <w:jc w:val="both"/>
        <w:rPr>
          <w:rFonts w:ascii="FMAbabld" w:eastAsia="Calibri" w:hAnsi="FMAbabld" w:cs="Times New Roman"/>
          <w:b/>
          <w:bCs/>
          <w:sz w:val="24"/>
          <w:szCs w:val="24"/>
          <w:lang w:bidi="ta-IN"/>
        </w:rPr>
      </w:pPr>
      <w:r w:rsidRPr="001709B1">
        <w:rPr>
          <w:rFonts w:ascii="FMAbabld" w:eastAsia="Calibri" w:hAnsi="FMAbabld" w:cs="Times New Roman"/>
          <w:b/>
          <w:bCs/>
          <w:sz w:val="24"/>
          <w:szCs w:val="24"/>
          <w:lang w:bidi="ta-IN"/>
        </w:rPr>
        <w:t>l¾;D kduh</w:t>
      </w:r>
      <w:r w:rsidRPr="001709B1">
        <w:rPr>
          <w:rFonts w:ascii="FMAbhaya" w:eastAsia="Calibri" w:hAnsi="FMAbhaya" w:cs="Times New Roman"/>
          <w:b/>
          <w:bCs/>
          <w:sz w:val="24"/>
          <w:szCs w:val="24"/>
          <w:lang w:bidi="ta-IN"/>
        </w:rPr>
        <w:t xml:space="preserve">" </w:t>
      </w:r>
      <w:r w:rsidRPr="001709B1">
        <w:rPr>
          <w:rFonts w:ascii="FMAbabld" w:eastAsia="Calibri" w:hAnsi="FMAbabld" w:cs="Times New Roman"/>
          <w:b/>
          <w:bCs/>
          <w:sz w:val="24"/>
          <w:szCs w:val="24"/>
          <w:lang w:bidi="ta-IN"/>
        </w:rPr>
        <w:t>,smsfhys i|yka l&lt; hq;= ^wdh;k$fm!oa.,sl&amp; ,smskh</w:t>
      </w:r>
      <w:r w:rsidRPr="001709B1">
        <w:rPr>
          <w:rFonts w:ascii="FMAbhaya" w:eastAsia="Calibri" w:hAnsi="FMAbhaya" w:cs="Times New Roman"/>
          <w:b/>
          <w:bCs/>
          <w:sz w:val="24"/>
          <w:szCs w:val="24"/>
          <w:lang w:bidi="ta-IN"/>
        </w:rPr>
        <w:t>"</w:t>
      </w:r>
      <w:r w:rsidRPr="001709B1">
        <w:rPr>
          <w:rFonts w:ascii="FMAbabld" w:eastAsia="Calibri" w:hAnsi="FMAbabld" w:cs="Times New Roman"/>
          <w:b/>
          <w:bCs/>
          <w:sz w:val="24"/>
          <w:szCs w:val="24"/>
          <w:lang w:bidi="ta-IN"/>
        </w:rPr>
        <w:t xml:space="preserve"> úoHq;a ;eme,a ,smskh</w:t>
      </w:r>
      <w:r w:rsidRPr="001709B1">
        <w:rPr>
          <w:rFonts w:ascii="FMAbhaya" w:eastAsia="Calibri" w:hAnsi="FMAbhaya" w:cs="Times New Roman"/>
          <w:b/>
          <w:bCs/>
          <w:sz w:val="24"/>
          <w:szCs w:val="24"/>
          <w:lang w:bidi="ta-IN"/>
        </w:rPr>
        <w:t>"</w:t>
      </w:r>
      <w:r w:rsidRPr="001709B1">
        <w:rPr>
          <w:rFonts w:ascii="FMAbabld" w:eastAsia="Calibri" w:hAnsi="FMAbabld" w:cs="Times New Roman"/>
          <w:b/>
          <w:bCs/>
          <w:sz w:val="24"/>
          <w:szCs w:val="24"/>
          <w:lang w:bidi="ta-IN"/>
        </w:rPr>
        <w:t xml:space="preserve"> ÿrl:k wxlh </w:t>
      </w:r>
      <w:r w:rsidRPr="001709B1">
        <w:rPr>
          <w:rFonts w:ascii="FMAbhaya" w:eastAsia="Calibri" w:hAnsi="FMAbhaya" w:cs="Times New Roman"/>
          <w:i/>
          <w:iCs/>
          <w:sz w:val="24"/>
          <w:szCs w:val="24"/>
          <w:lang w:bidi="ta-IN"/>
        </w:rPr>
        <w:t>^ish¨ l¾;Djreka iïnkaOfhka fuu f;dr;=re bx.%Sis udOHfhka iemhSu wksjd¾hh fõ' ;j;a l;=jreka isà kï wod&lt; f;dr;=re my;ska bÈßm;a lrkak&amp;</w:t>
      </w:r>
      <w:r w:rsidRPr="001709B1">
        <w:rPr>
          <w:rFonts w:ascii="FMAbabld" w:eastAsia="Calibri" w:hAnsi="FMAbabld" w:cs="Times New Roman"/>
          <w:b/>
          <w:bCs/>
          <w:sz w:val="24"/>
          <w:szCs w:val="24"/>
          <w:lang w:bidi="ta-IN"/>
        </w:rPr>
        <w:t xml:space="preserve"> </w:t>
      </w:r>
    </w:p>
    <w:p w14:paraId="0B0E5DFC" w14:textId="77777777" w:rsidR="00497817" w:rsidRPr="001709B1" w:rsidRDefault="00497817" w:rsidP="00497817">
      <w:pPr>
        <w:spacing w:after="0"/>
        <w:jc w:val="both"/>
        <w:rPr>
          <w:rFonts w:eastAsia="Calibri" w:cs="Times New Roman"/>
          <w:sz w:val="24"/>
          <w:szCs w:val="24"/>
          <w:lang w:bidi="ta-IN"/>
        </w:rPr>
      </w:pPr>
      <w:r w:rsidRPr="001709B1">
        <w:rPr>
          <w:rFonts w:ascii="FMAbabld" w:eastAsia="Calibri" w:hAnsi="FMAbabld" w:cs="Times New Roman"/>
          <w:sz w:val="24"/>
          <w:szCs w:val="24"/>
          <w:lang w:bidi="ta-IN"/>
        </w:rPr>
        <w:t>01</w:t>
      </w:r>
      <w:r w:rsidRPr="001709B1">
        <w:rPr>
          <w:rFonts w:ascii="FMAbhaya" w:eastAsia="Calibri" w:hAnsi="FMAbhaya" w:cs="Times New Roman"/>
          <w:sz w:val="24"/>
          <w:szCs w:val="24"/>
          <w:lang w:bidi="ta-IN"/>
        </w:rPr>
        <w:t>'</w:t>
      </w:r>
      <w:r w:rsidRPr="001709B1">
        <w:rPr>
          <w:rFonts w:ascii="FMAbabld" w:eastAsia="Calibri" w:hAnsi="FMAbabld" w:cs="Times New Roman"/>
          <w:sz w:val="24"/>
          <w:szCs w:val="24"/>
          <w:lang w:bidi="ta-IN"/>
        </w:rPr>
        <w:t xml:space="preserve"> </w:t>
      </w:r>
      <w:r w:rsidRPr="001709B1">
        <w:rPr>
          <w:rFonts w:eastAsia="Calibri" w:cs="Times New Roman"/>
          <w:sz w:val="24"/>
          <w:szCs w:val="24"/>
          <w:lang w:bidi="ta-IN"/>
        </w:rPr>
        <w:t>_________________________________________________________________________ ______________________________________________________________________________</w:t>
      </w:r>
    </w:p>
    <w:p w14:paraId="4138438B" w14:textId="77777777" w:rsidR="00497817" w:rsidRPr="001709B1" w:rsidRDefault="00497817" w:rsidP="00497817">
      <w:pPr>
        <w:spacing w:after="0"/>
        <w:jc w:val="both"/>
        <w:rPr>
          <w:rFonts w:eastAsia="Calibri" w:cs="Times New Roman"/>
          <w:sz w:val="24"/>
          <w:szCs w:val="24"/>
          <w:lang w:bidi="ta-IN"/>
        </w:rPr>
      </w:pPr>
      <w:r w:rsidRPr="001709B1">
        <w:rPr>
          <w:rFonts w:eastAsia="Calibri" w:cs="Times New Roman"/>
          <w:sz w:val="24"/>
          <w:szCs w:val="24"/>
          <w:lang w:bidi="ta-IN"/>
        </w:rPr>
        <w:t>______________________________________________________________________________</w:t>
      </w:r>
    </w:p>
    <w:p w14:paraId="268411C6" w14:textId="77777777" w:rsidR="00497817" w:rsidRPr="001709B1" w:rsidRDefault="00497817" w:rsidP="00497817">
      <w:pPr>
        <w:spacing w:after="0"/>
        <w:jc w:val="both"/>
        <w:rPr>
          <w:rFonts w:eastAsia="Calibri" w:cs="Times New Roman"/>
          <w:sz w:val="24"/>
          <w:szCs w:val="24"/>
          <w:lang w:bidi="ta-IN"/>
        </w:rPr>
      </w:pPr>
    </w:p>
    <w:p w14:paraId="33AAB072" w14:textId="77777777" w:rsidR="00497817" w:rsidRPr="001709B1" w:rsidRDefault="00497817" w:rsidP="00497817">
      <w:pPr>
        <w:spacing w:after="0"/>
        <w:jc w:val="both"/>
        <w:rPr>
          <w:rFonts w:eastAsia="Calibri" w:cs="Times New Roman"/>
          <w:sz w:val="24"/>
          <w:szCs w:val="24"/>
          <w:lang w:bidi="ta-IN"/>
        </w:rPr>
      </w:pPr>
    </w:p>
    <w:p w14:paraId="363FE540" w14:textId="77777777" w:rsidR="00497817" w:rsidRPr="001709B1" w:rsidRDefault="00497817" w:rsidP="00497817">
      <w:pPr>
        <w:spacing w:after="0"/>
        <w:jc w:val="both"/>
        <w:rPr>
          <w:rFonts w:eastAsia="Calibri" w:cs="Times New Roman"/>
          <w:sz w:val="24"/>
          <w:szCs w:val="24"/>
          <w:lang w:bidi="ta-IN"/>
        </w:rPr>
      </w:pPr>
      <w:r w:rsidRPr="001709B1">
        <w:rPr>
          <w:rFonts w:ascii="FMAbabld" w:eastAsia="Calibri" w:hAnsi="FMAbabld" w:cs="Times New Roman"/>
          <w:sz w:val="24"/>
          <w:szCs w:val="24"/>
          <w:lang w:bidi="ta-IN"/>
        </w:rPr>
        <w:t>02</w:t>
      </w:r>
      <w:r w:rsidRPr="001709B1">
        <w:rPr>
          <w:rFonts w:ascii="FMAbhaya" w:eastAsia="Calibri" w:hAnsi="FMAbhaya" w:cs="Times New Roman"/>
          <w:sz w:val="24"/>
          <w:szCs w:val="24"/>
          <w:lang w:bidi="ta-IN"/>
        </w:rPr>
        <w:t>'</w:t>
      </w:r>
      <w:r w:rsidRPr="001709B1">
        <w:rPr>
          <w:rFonts w:ascii="FMAbabld" w:eastAsia="Calibri" w:hAnsi="FMAbabld" w:cs="Times New Roman"/>
          <w:sz w:val="24"/>
          <w:szCs w:val="24"/>
          <w:lang w:bidi="ta-IN"/>
        </w:rPr>
        <w:t xml:space="preserve"> </w:t>
      </w:r>
      <w:r w:rsidRPr="001709B1">
        <w:rPr>
          <w:rFonts w:eastAsia="Calibri" w:cs="Times New Roman"/>
          <w:sz w:val="24"/>
          <w:szCs w:val="24"/>
          <w:lang w:bidi="ta-IN"/>
        </w:rPr>
        <w:t>_________________________________________________________________________ ______________________________________________________________________________</w:t>
      </w:r>
    </w:p>
    <w:p w14:paraId="4C4A87F0" w14:textId="77777777" w:rsidR="00497817" w:rsidRPr="001709B1" w:rsidRDefault="00497817" w:rsidP="00497817">
      <w:pPr>
        <w:spacing w:after="0"/>
        <w:jc w:val="both"/>
        <w:rPr>
          <w:rFonts w:eastAsia="Calibri" w:cs="Times New Roman"/>
          <w:sz w:val="24"/>
          <w:szCs w:val="24"/>
          <w:lang w:bidi="ta-IN"/>
        </w:rPr>
      </w:pPr>
      <w:r w:rsidRPr="001709B1">
        <w:rPr>
          <w:rFonts w:eastAsia="Calibri" w:cs="Times New Roman"/>
          <w:sz w:val="24"/>
          <w:szCs w:val="24"/>
          <w:lang w:bidi="ta-IN"/>
        </w:rPr>
        <w:t>______________________________________________________________________________</w:t>
      </w:r>
    </w:p>
    <w:p w14:paraId="624DEB29" w14:textId="77777777" w:rsidR="00497817" w:rsidRPr="001709B1" w:rsidRDefault="00497817" w:rsidP="00497817">
      <w:pPr>
        <w:spacing w:after="0"/>
        <w:jc w:val="both"/>
        <w:rPr>
          <w:rFonts w:eastAsia="Calibri" w:cs="Times New Roman"/>
          <w:sz w:val="24"/>
          <w:szCs w:val="24"/>
          <w:lang w:bidi="ta-IN"/>
        </w:rPr>
      </w:pPr>
    </w:p>
    <w:p w14:paraId="62437017" w14:textId="77777777" w:rsidR="00497817" w:rsidRPr="001709B1" w:rsidRDefault="00497817" w:rsidP="00497817">
      <w:pPr>
        <w:spacing w:after="0"/>
        <w:jc w:val="both"/>
        <w:rPr>
          <w:rFonts w:eastAsia="Calibri" w:cs="Times New Roman"/>
          <w:sz w:val="24"/>
          <w:szCs w:val="24"/>
          <w:lang w:bidi="ta-IN"/>
        </w:rPr>
      </w:pPr>
    </w:p>
    <w:p w14:paraId="50300749" w14:textId="77777777" w:rsidR="00497817" w:rsidRPr="001709B1" w:rsidRDefault="00497817" w:rsidP="00497817">
      <w:pPr>
        <w:spacing w:after="0"/>
        <w:jc w:val="both"/>
        <w:rPr>
          <w:rFonts w:eastAsia="Calibri" w:cs="Times New Roman"/>
          <w:sz w:val="24"/>
          <w:szCs w:val="24"/>
          <w:lang w:bidi="ta-IN"/>
        </w:rPr>
      </w:pPr>
      <w:r w:rsidRPr="001709B1">
        <w:rPr>
          <w:rFonts w:ascii="FMAbabld" w:eastAsia="Calibri" w:hAnsi="FMAbabld" w:cs="Times New Roman"/>
          <w:sz w:val="24"/>
          <w:szCs w:val="24"/>
          <w:lang w:bidi="ta-IN"/>
        </w:rPr>
        <w:t>03</w:t>
      </w:r>
      <w:r w:rsidRPr="001709B1">
        <w:rPr>
          <w:rFonts w:ascii="FMAbhaya" w:eastAsia="Calibri" w:hAnsi="FMAbhaya" w:cs="Times New Roman"/>
          <w:sz w:val="24"/>
          <w:szCs w:val="24"/>
          <w:lang w:bidi="ta-IN"/>
        </w:rPr>
        <w:t>'</w:t>
      </w:r>
      <w:r w:rsidRPr="001709B1">
        <w:rPr>
          <w:rFonts w:ascii="FMAbabld" w:eastAsia="Calibri" w:hAnsi="FMAbabld" w:cs="Times New Roman"/>
          <w:sz w:val="24"/>
          <w:szCs w:val="24"/>
          <w:lang w:bidi="ta-IN"/>
        </w:rPr>
        <w:t xml:space="preserve"> </w:t>
      </w:r>
      <w:r w:rsidRPr="001709B1">
        <w:rPr>
          <w:rFonts w:eastAsia="Calibri" w:cs="Times New Roman"/>
          <w:sz w:val="24"/>
          <w:szCs w:val="24"/>
          <w:lang w:bidi="ta-IN"/>
        </w:rPr>
        <w:t>_________________________________________________________________________ ______________________________________________________________________________</w:t>
      </w:r>
    </w:p>
    <w:p w14:paraId="5D9448B2" w14:textId="77777777" w:rsidR="00497817" w:rsidRPr="001709B1" w:rsidRDefault="00497817" w:rsidP="00497817">
      <w:pPr>
        <w:spacing w:after="0"/>
        <w:jc w:val="both"/>
        <w:rPr>
          <w:rFonts w:eastAsia="Calibri" w:cs="Times New Roman"/>
          <w:sz w:val="24"/>
          <w:szCs w:val="24"/>
          <w:lang w:bidi="ta-IN"/>
        </w:rPr>
      </w:pPr>
      <w:r w:rsidRPr="001709B1">
        <w:rPr>
          <w:rFonts w:eastAsia="Calibri" w:cs="Times New Roman"/>
          <w:sz w:val="24"/>
          <w:szCs w:val="24"/>
          <w:lang w:bidi="ta-IN"/>
        </w:rPr>
        <w:t>______________________________________________________________________________</w:t>
      </w:r>
    </w:p>
    <w:p w14:paraId="1CB5B1F4" w14:textId="77777777" w:rsidR="00497817" w:rsidRPr="001709B1" w:rsidRDefault="00497817" w:rsidP="00497817">
      <w:pPr>
        <w:spacing w:after="0"/>
        <w:jc w:val="both"/>
        <w:rPr>
          <w:rFonts w:eastAsia="Calibri" w:cs="Times New Roman"/>
          <w:sz w:val="24"/>
          <w:szCs w:val="24"/>
          <w:lang w:bidi="ta-IN"/>
        </w:rPr>
      </w:pPr>
    </w:p>
    <w:p w14:paraId="01789697" w14:textId="77777777" w:rsidR="00497817" w:rsidRPr="001709B1" w:rsidRDefault="00497817" w:rsidP="00497817">
      <w:pPr>
        <w:spacing w:after="0"/>
        <w:jc w:val="both"/>
        <w:rPr>
          <w:rFonts w:ascii="FMAbhaya" w:eastAsia="Calibri" w:hAnsi="FMAbhaya" w:cs="Times New Roman"/>
          <w:sz w:val="24"/>
          <w:szCs w:val="24"/>
          <w:lang w:bidi="ta-IN"/>
        </w:rPr>
      </w:pPr>
    </w:p>
    <w:p w14:paraId="0A35D422" w14:textId="332015BB" w:rsidR="00497817" w:rsidRPr="001709B1" w:rsidRDefault="00497817" w:rsidP="00497817">
      <w:pPr>
        <w:spacing w:after="0"/>
        <w:jc w:val="both"/>
        <w:rPr>
          <w:rFonts w:ascii="FMAbhaya" w:eastAsia="Calibri" w:hAnsi="FMAbhaya" w:cs="Times New Roman"/>
          <w:sz w:val="24"/>
          <w:szCs w:val="24"/>
          <w:lang w:bidi="ta-IN"/>
        </w:rPr>
      </w:pPr>
      <w:r w:rsidRPr="001709B1">
        <w:rPr>
          <w:rFonts w:ascii="FMAbhaya" w:eastAsia="Calibri" w:hAnsi="FMAbhaya" w:cs="Times New Roman"/>
          <w:sz w:val="24"/>
          <w:szCs w:val="24"/>
          <w:lang w:bidi="ta-IN"/>
        </w:rPr>
        <w:t xml:space="preserve">by; ud;Dldkq.; m¾fhaIK ,smsh iïmQ¾Kfhka fyda bka fldgila fyda ñka fmr m%ldYhg m;a lr fkdue;s nj;a" tfia m%ldYkh i|yd fuu ,smsh fjk;a wdh;khlg fhduq lr fkdue;s nj;a" fuu ,smsh </w:t>
      </w:r>
      <w:r w:rsidRPr="001709B1">
        <w:rPr>
          <w:rFonts w:eastAsia="Calibri" w:cs="Times New Roman"/>
          <w:sz w:val="24"/>
          <w:szCs w:val="24"/>
          <w:lang w:bidi="ta-IN"/>
        </w:rPr>
        <w:t xml:space="preserve">JAHS </w:t>
      </w:r>
      <w:r w:rsidRPr="001709B1">
        <w:rPr>
          <w:rFonts w:ascii="FMAbhaya" w:eastAsia="Calibri" w:hAnsi="FMAbhaya" w:cs="Times New Roman"/>
          <w:sz w:val="24"/>
          <w:szCs w:val="24"/>
          <w:lang w:bidi="ta-IN"/>
        </w:rPr>
        <w:t xml:space="preserve">ys m%ldYhg m;a lsÍu i|yd ish¨ l;=jrekaf.a tl`.;dj ,eî we;s nj;a iy;sl lrñ' ;j o fuu ,smsh iïmdokh lsÍu i|yd f;dr;=re iïmdokh lr .ekSfï § </w:t>
      </w:r>
      <w:r>
        <w:rPr>
          <w:rFonts w:ascii="Iskoola Pota" w:eastAsia="Calibri" w:hAnsi="Iskoola Pota" w:cs="Iskoola Pota" w:hint="cs"/>
          <w:sz w:val="24"/>
          <w:szCs w:val="24"/>
          <w:cs/>
          <w:lang w:bidi="si-LK"/>
        </w:rPr>
        <w:t xml:space="preserve">ප්‍රකාශන අයිතිය සහිත </w:t>
      </w:r>
      <w:r w:rsidRPr="001709B1">
        <w:rPr>
          <w:rFonts w:ascii="FMAbhaya" w:eastAsia="Calibri" w:hAnsi="FMAbhaya" w:cs="Times New Roman"/>
          <w:sz w:val="24"/>
          <w:szCs w:val="24"/>
          <w:lang w:bidi="ta-IN"/>
        </w:rPr>
        <w:t xml:space="preserve">f;dr;=rej,g wod&lt; kS;Hkql+, wdh;kj, ,sÅ; wjirhka ,nd we;s nj;a" wjYH ´kEu fudfyd;l § tajd bÈßm;a l&lt; yels nj;a i|yka lrñ' </w:t>
      </w:r>
    </w:p>
    <w:p w14:paraId="4E17D573" w14:textId="77777777" w:rsidR="00497817" w:rsidRPr="001709B1" w:rsidRDefault="00497817" w:rsidP="00497817">
      <w:pPr>
        <w:spacing w:after="0"/>
        <w:jc w:val="both"/>
        <w:rPr>
          <w:rFonts w:ascii="FMAbhaya" w:eastAsia="Calibri" w:hAnsi="FMAbhaya" w:cs="Times New Roman"/>
          <w:sz w:val="24"/>
          <w:szCs w:val="24"/>
          <w:lang w:bidi="ta-IN"/>
        </w:rPr>
      </w:pPr>
    </w:p>
    <w:p w14:paraId="3E7C8050" w14:textId="77777777" w:rsidR="00497817" w:rsidRPr="001709B1" w:rsidRDefault="00497817" w:rsidP="00497817">
      <w:pPr>
        <w:spacing w:after="0"/>
        <w:jc w:val="both"/>
        <w:rPr>
          <w:rFonts w:ascii="FMAbhaya" w:eastAsia="Calibri" w:hAnsi="FMAbhaya" w:cs="Times New Roman"/>
          <w:sz w:val="24"/>
          <w:szCs w:val="24"/>
          <w:lang w:bidi="ta-IN"/>
        </w:rPr>
      </w:pPr>
      <w:r w:rsidRPr="001709B1">
        <w:rPr>
          <w:rFonts w:ascii="FMAbhaya" w:eastAsia="Calibri" w:hAnsi="FMAbhaya" w:cs="Times New Roman"/>
          <w:sz w:val="24"/>
          <w:szCs w:val="24"/>
          <w:lang w:bidi="ta-IN"/>
        </w:rPr>
        <w:t xml:space="preserve">  </w:t>
      </w:r>
    </w:p>
    <w:p w14:paraId="4953581A" w14:textId="77777777" w:rsidR="00497817" w:rsidRPr="001709B1" w:rsidRDefault="00497817" w:rsidP="00497817">
      <w:pPr>
        <w:spacing w:after="0"/>
        <w:jc w:val="both"/>
        <w:rPr>
          <w:rFonts w:eastAsia="Calibri" w:cs="Times New Roman"/>
          <w:b/>
          <w:bCs/>
          <w:sz w:val="24"/>
          <w:szCs w:val="24"/>
          <w:lang w:bidi="ta-IN"/>
        </w:rPr>
      </w:pPr>
      <w:r w:rsidRPr="001709B1">
        <w:rPr>
          <w:rFonts w:eastAsia="Calibri" w:cs="Times New Roman"/>
          <w:sz w:val="24"/>
          <w:szCs w:val="24"/>
          <w:lang w:bidi="ta-IN"/>
        </w:rPr>
        <w:t>______________________________</w:t>
      </w:r>
      <w:r w:rsidRPr="001709B1">
        <w:rPr>
          <w:rFonts w:eastAsia="Calibri" w:cs="Times New Roman"/>
          <w:sz w:val="24"/>
          <w:szCs w:val="24"/>
          <w:lang w:bidi="ta-IN"/>
        </w:rPr>
        <w:tab/>
      </w:r>
      <w:r w:rsidRPr="001709B1">
        <w:rPr>
          <w:rFonts w:eastAsia="Calibri" w:cs="Times New Roman"/>
          <w:sz w:val="24"/>
          <w:szCs w:val="24"/>
          <w:lang w:bidi="ta-IN"/>
        </w:rPr>
        <w:tab/>
      </w:r>
      <w:r w:rsidRPr="001709B1">
        <w:rPr>
          <w:rFonts w:eastAsia="Calibri" w:cs="Times New Roman"/>
          <w:sz w:val="24"/>
          <w:szCs w:val="24"/>
          <w:lang w:bidi="ta-IN"/>
        </w:rPr>
        <w:tab/>
      </w:r>
      <w:r w:rsidRPr="001709B1">
        <w:rPr>
          <w:rFonts w:eastAsia="Calibri" w:cs="Times New Roman"/>
          <w:sz w:val="24"/>
          <w:szCs w:val="24"/>
          <w:lang w:bidi="ta-IN"/>
        </w:rPr>
        <w:tab/>
        <w:t>______________________</w:t>
      </w:r>
    </w:p>
    <w:p w14:paraId="65281DB2" w14:textId="63CEE9C8" w:rsidR="00E60719" w:rsidRPr="00E60719" w:rsidRDefault="00497817" w:rsidP="00497817">
      <w:pPr>
        <w:spacing w:after="0"/>
        <w:ind w:left="720"/>
        <w:jc w:val="both"/>
        <w:rPr>
          <w:rFonts w:cs="Iskoola Pota" w:hint="cs"/>
          <w:lang w:bidi="si-LK"/>
        </w:rPr>
      </w:pPr>
      <w:r w:rsidRPr="001709B1">
        <w:rPr>
          <w:rFonts w:ascii="FMAbhaya" w:eastAsia="Calibri" w:hAnsi="FMAbhaya" w:cs="Times New Roman"/>
          <w:sz w:val="24"/>
          <w:szCs w:val="24"/>
          <w:lang w:bidi="ta-IN"/>
        </w:rPr>
        <w:t xml:space="preserve">l¾;D w;aik ^,sms yqjudre&amp; </w:t>
      </w:r>
      <w:r w:rsidRPr="001709B1">
        <w:rPr>
          <w:rFonts w:ascii="FMAbhaya" w:eastAsia="Calibri" w:hAnsi="FMAbhaya" w:cs="Times New Roman"/>
          <w:sz w:val="24"/>
          <w:szCs w:val="24"/>
          <w:lang w:bidi="ta-IN"/>
        </w:rPr>
        <w:tab/>
      </w:r>
      <w:r w:rsidRPr="001709B1">
        <w:rPr>
          <w:rFonts w:ascii="FMAbhaya" w:eastAsia="Calibri" w:hAnsi="FMAbhaya" w:cs="Times New Roman"/>
          <w:sz w:val="24"/>
          <w:szCs w:val="24"/>
          <w:lang w:bidi="ta-IN"/>
        </w:rPr>
        <w:tab/>
      </w:r>
      <w:r w:rsidRPr="001709B1">
        <w:rPr>
          <w:rFonts w:ascii="FMAbhaya" w:eastAsia="Calibri" w:hAnsi="FMAbhaya" w:cs="Times New Roman"/>
          <w:sz w:val="24"/>
          <w:szCs w:val="24"/>
          <w:lang w:bidi="ta-IN"/>
        </w:rPr>
        <w:tab/>
      </w:r>
      <w:r w:rsidRPr="001709B1">
        <w:rPr>
          <w:rFonts w:ascii="FMAbhaya" w:eastAsia="Calibri" w:hAnsi="FMAbhaya" w:cs="Times New Roman"/>
          <w:sz w:val="24"/>
          <w:szCs w:val="24"/>
          <w:lang w:bidi="ta-IN"/>
        </w:rPr>
        <w:tab/>
      </w:r>
      <w:r w:rsidRPr="001709B1">
        <w:rPr>
          <w:rFonts w:ascii="FMAbhaya" w:eastAsia="Calibri" w:hAnsi="FMAbhaya" w:cs="Times New Roman"/>
          <w:sz w:val="24"/>
          <w:szCs w:val="24"/>
          <w:lang w:bidi="ta-IN"/>
        </w:rPr>
        <w:tab/>
      </w:r>
      <w:r w:rsidRPr="001709B1">
        <w:rPr>
          <w:rFonts w:ascii="FMAbhaya" w:eastAsia="Calibri" w:hAnsi="FMAbhaya" w:cs="Times New Roman"/>
          <w:sz w:val="24"/>
          <w:szCs w:val="24"/>
          <w:lang w:bidi="ta-IN"/>
        </w:rPr>
        <w:tab/>
        <w:t xml:space="preserve">    Èkh</w:t>
      </w:r>
    </w:p>
    <w:sectPr w:rsidR="00E60719" w:rsidRPr="00E60719" w:rsidSect="002544DB">
      <w:headerReference w:type="default" r:id="rId11"/>
      <w:footerReference w:type="default" r:id="rId12"/>
      <w:pgSz w:w="12240" w:h="15840"/>
      <w:pgMar w:top="2694" w:right="1123" w:bottom="936" w:left="1123" w:header="100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E65A0" w14:textId="77777777" w:rsidR="00157D1A" w:rsidRDefault="00157D1A">
      <w:pPr>
        <w:spacing w:after="0" w:line="240" w:lineRule="auto"/>
      </w:pPr>
      <w:r>
        <w:separator/>
      </w:r>
    </w:p>
  </w:endnote>
  <w:endnote w:type="continuationSeparator" w:id="0">
    <w:p w14:paraId="046B7AA2" w14:textId="77777777" w:rsidR="00157D1A" w:rsidRDefault="00157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FMAbabld">
    <w:panose1 w:val="00000700000000000000"/>
    <w:charset w:val="00"/>
    <w:family w:val="auto"/>
    <w:pitch w:val="variable"/>
    <w:sig w:usb0="00000083" w:usb1="00000000" w:usb2="00000000" w:usb3="00000000" w:csb0="00000009" w:csb1="00000000"/>
  </w:font>
  <w:font w:name="FMAbhaya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Lithos Pro Regular">
    <w:altName w:val="Segoe Print"/>
    <w:charset w:val="00"/>
    <w:family w:val="decorative"/>
    <w:pitch w:val="default"/>
    <w:sig w:usb0="00000087" w:usb1="00000000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1AB29" w14:textId="77777777" w:rsidR="007C6B78" w:rsidRDefault="00000000">
    <w:pPr>
      <w:pStyle w:val="Footer"/>
      <w:jc w:val="center"/>
    </w:pPr>
    <w:r>
      <w:rPr>
        <w:color w:val="646464"/>
        <w:sz w:val="16"/>
      </w:rPr>
      <w:t>The Journal of Archaeology &amp; Heritage Studies (JAHS) | Rajarata University of Sri Lanka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02EE5" w14:textId="77777777" w:rsidR="00157D1A" w:rsidRDefault="00157D1A">
      <w:pPr>
        <w:spacing w:after="0" w:line="240" w:lineRule="auto"/>
      </w:pPr>
      <w:r>
        <w:separator/>
      </w:r>
    </w:p>
  </w:footnote>
  <w:footnote w:type="continuationSeparator" w:id="0">
    <w:p w14:paraId="5E51BE79" w14:textId="77777777" w:rsidR="00157D1A" w:rsidRDefault="00157D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1B082" w14:textId="0B99B11A" w:rsidR="002544DB" w:rsidRDefault="002544DB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CFF0B44" wp14:editId="11ACF0E1">
              <wp:simplePos x="0" y="0"/>
              <wp:positionH relativeFrom="column">
                <wp:posOffset>378460</wp:posOffset>
              </wp:positionH>
              <wp:positionV relativeFrom="paragraph">
                <wp:posOffset>-351790</wp:posOffset>
              </wp:positionV>
              <wp:extent cx="6506845" cy="1346835"/>
              <wp:effectExtent l="0" t="0" r="0" b="1270"/>
              <wp:wrapNone/>
              <wp:docPr id="1930844767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06845" cy="1346835"/>
                        <a:chOff x="688" y="1105"/>
                        <a:chExt cx="10344" cy="1615"/>
                      </a:xfrm>
                    </wpg:grpSpPr>
                    <wps:wsp>
                      <wps:cNvPr id="1505980925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1533" y="1341"/>
                          <a:ext cx="9499" cy="1268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F3FCD65" w14:textId="77777777" w:rsidR="002544DB" w:rsidRDefault="002544DB" w:rsidP="002544DB">
                            <w:pPr>
                              <w:pStyle w:val="Heading1"/>
                              <w:spacing w:before="0" w:after="0" w:line="240" w:lineRule="auto"/>
                              <w:ind w:left="2250"/>
                              <w:jc w:val="center"/>
                              <w:rPr>
                                <w:rFonts w:ascii="Lithos Pro Regular" w:hAnsi="Lithos Pro Regular"/>
                                <w:b w:val="0"/>
                                <w:bCs w:val="0"/>
                                <w:spacing w:val="20"/>
                              </w:rPr>
                            </w:pPr>
                            <w:r>
                              <w:rPr>
                                <w:rFonts w:ascii="Ink Free" w:hAnsi="Ink Free"/>
                                <w:b w:val="0"/>
                                <w:bCs w:val="0"/>
                                <w:spacing w:val="20"/>
                              </w:rPr>
                              <w:t>The Journal of</w:t>
                            </w:r>
                          </w:p>
                          <w:p w14:paraId="5DB7844A" w14:textId="77777777" w:rsidR="002544DB" w:rsidRDefault="002544DB" w:rsidP="002544DB">
                            <w:pPr>
                              <w:pStyle w:val="Heading1"/>
                              <w:spacing w:before="0" w:after="0" w:line="240" w:lineRule="auto"/>
                              <w:ind w:left="2160"/>
                              <w:jc w:val="right"/>
                              <w:rPr>
                                <w:rFonts w:ascii="Lithos Pro Regular" w:hAnsi="Lithos Pro Regular"/>
                                <w:b w:val="0"/>
                                <w:bCs w:val="0"/>
                                <w:spacing w:val="20"/>
                                <w:sz w:val="36"/>
                                <w:szCs w:val="34"/>
                              </w:rPr>
                            </w:pPr>
                            <w:r>
                              <w:rPr>
                                <w:rFonts w:ascii="Lithos Pro Regular" w:hAnsi="Lithos Pro Regular"/>
                                <w:b w:val="0"/>
                                <w:bCs w:val="0"/>
                                <w:spacing w:val="20"/>
                                <w:sz w:val="36"/>
                                <w:szCs w:val="34"/>
                              </w:rPr>
                              <w:t>Archaeology &amp; Heritage Studies</w:t>
                            </w:r>
                          </w:p>
                          <w:p w14:paraId="645AFA99" w14:textId="77777777" w:rsidR="002544DB" w:rsidRDefault="002544DB" w:rsidP="002544DB">
                            <w:pPr>
                              <w:spacing w:after="0"/>
                              <w:ind w:left="1800"/>
                              <w:jc w:val="center"/>
                              <w:rPr>
                                <w:sz w:val="8"/>
                                <w:szCs w:val="14"/>
                              </w:rPr>
                            </w:pPr>
                          </w:p>
                          <w:p w14:paraId="114CB91E" w14:textId="77777777" w:rsidR="002544DB" w:rsidRDefault="002544DB" w:rsidP="002544DB">
                            <w:pPr>
                              <w:ind w:left="2250"/>
                              <w:jc w:val="center"/>
                            </w:pPr>
                            <w:r>
                              <w:t xml:space="preserve">Journal Home page </w:t>
                            </w:r>
                            <w:hyperlink r:id="rId1" w:history="1">
                              <w:r>
                                <w:rPr>
                                  <w:rStyle w:val="Hyperlink"/>
                                  <w:i/>
                                  <w:iCs/>
                                </w:rPr>
                                <w:t>https://fssh.rjt.ac.lk/index.php/jahs-about/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93433248" name="Picture 7" descr="JAHS Logo 7-01-01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88" y="1105"/>
                          <a:ext cx="2381" cy="1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FF0B44" id="Group 1" o:spid="_x0000_s1026" style="position:absolute;margin-left:29.8pt;margin-top:-27.7pt;width:512.35pt;height:106.05pt;z-index:251659264" coordorigin="688,1105" coordsize="10344,16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7" type="#_x0000_t202" style="position:absolute;left:1533;top:1341;width:9499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" fillcolor="#002060" stroked="f" strokeweight=".5pt">
                <v:textbox>
                  <w:txbxContent>
                    <w:p w14:paraId="4F3FCD65" w14:textId="77777777" w:rsidR="002544DB" w:rsidRDefault="002544DB" w:rsidP="002544DB">
                      <w:pPr>
                        <w:pStyle w:val="Heading1"/>
                        <w:spacing w:before="0" w:after="0" w:line="240" w:lineRule="auto"/>
                        <w:ind w:left="2250"/>
                        <w:jc w:val="center"/>
                        <w:rPr>
                          <w:rFonts w:ascii="Lithos Pro Regular" w:hAnsi="Lithos Pro Regular"/>
                          <w:b w:val="0"/>
                          <w:bCs w:val="0"/>
                          <w:spacing w:val="20"/>
                        </w:rPr>
                      </w:pPr>
                      <w:r>
                        <w:rPr>
                          <w:rFonts w:ascii="Ink Free" w:hAnsi="Ink Free"/>
                          <w:b w:val="0"/>
                          <w:bCs w:val="0"/>
                          <w:spacing w:val="20"/>
                        </w:rPr>
                        <w:t>The Journal of</w:t>
                      </w:r>
                    </w:p>
                    <w:p w14:paraId="5DB7844A" w14:textId="77777777" w:rsidR="002544DB" w:rsidRDefault="002544DB" w:rsidP="002544DB">
                      <w:pPr>
                        <w:pStyle w:val="Heading1"/>
                        <w:spacing w:before="0" w:after="0" w:line="240" w:lineRule="auto"/>
                        <w:ind w:left="2160"/>
                        <w:jc w:val="right"/>
                        <w:rPr>
                          <w:rFonts w:ascii="Lithos Pro Regular" w:hAnsi="Lithos Pro Regular"/>
                          <w:b w:val="0"/>
                          <w:bCs w:val="0"/>
                          <w:spacing w:val="20"/>
                          <w:sz w:val="36"/>
                          <w:szCs w:val="34"/>
                        </w:rPr>
                      </w:pPr>
                      <w:r>
                        <w:rPr>
                          <w:rFonts w:ascii="Lithos Pro Regular" w:hAnsi="Lithos Pro Regular"/>
                          <w:b w:val="0"/>
                          <w:bCs w:val="0"/>
                          <w:spacing w:val="20"/>
                          <w:sz w:val="36"/>
                          <w:szCs w:val="34"/>
                        </w:rPr>
                        <w:t>Archaeology &amp; Heritage Studies</w:t>
                      </w:r>
                    </w:p>
                    <w:p w14:paraId="645AFA99" w14:textId="77777777" w:rsidR="002544DB" w:rsidRDefault="002544DB" w:rsidP="002544DB">
                      <w:pPr>
                        <w:spacing w:after="0"/>
                        <w:ind w:left="1800"/>
                        <w:jc w:val="center"/>
                        <w:rPr>
                          <w:sz w:val="8"/>
                          <w:szCs w:val="14"/>
                        </w:rPr>
                      </w:pPr>
                    </w:p>
                    <w:p w14:paraId="114CB91E" w14:textId="77777777" w:rsidR="002544DB" w:rsidRDefault="002544DB" w:rsidP="002544DB">
                      <w:pPr>
                        <w:ind w:left="2250"/>
                        <w:jc w:val="center"/>
                      </w:pPr>
                      <w:r>
                        <w:t xml:space="preserve">Journal Home page </w:t>
                      </w:r>
                      <w:hyperlink r:id="rId3" w:history="1">
                        <w:r>
                          <w:rPr>
                            <w:rStyle w:val="Hyperlink"/>
                            <w:i/>
                            <w:iCs/>
                          </w:rPr>
                          <w:t>https://fssh.rjt.ac.lk/index.php/jahs-about/</w:t>
                        </w:r>
                      </w:hyperlink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8" type="#_x0000_t75" alt="JAHS Logo 7-01-01-01" style="position:absolute;left:688;top:1105;width:2381;height:1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">
                <v:imagedata r:id="rId4" o:title="JAHS Logo 7-01-01-01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6AA05F5"/>
    <w:multiLevelType w:val="multilevel"/>
    <w:tmpl w:val="86A29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2C7870"/>
    <w:multiLevelType w:val="hybridMultilevel"/>
    <w:tmpl w:val="1D0A5D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0821684">
    <w:abstractNumId w:val="8"/>
  </w:num>
  <w:num w:numId="2" w16cid:durableId="1279870800">
    <w:abstractNumId w:val="6"/>
  </w:num>
  <w:num w:numId="3" w16cid:durableId="857737444">
    <w:abstractNumId w:val="5"/>
  </w:num>
  <w:num w:numId="4" w16cid:durableId="1657300111">
    <w:abstractNumId w:val="4"/>
  </w:num>
  <w:num w:numId="5" w16cid:durableId="710230770">
    <w:abstractNumId w:val="7"/>
  </w:num>
  <w:num w:numId="6" w16cid:durableId="660088141">
    <w:abstractNumId w:val="3"/>
  </w:num>
  <w:num w:numId="7" w16cid:durableId="2001351661">
    <w:abstractNumId w:val="2"/>
  </w:num>
  <w:num w:numId="8" w16cid:durableId="76170196">
    <w:abstractNumId w:val="1"/>
  </w:num>
  <w:num w:numId="9" w16cid:durableId="62870393">
    <w:abstractNumId w:val="0"/>
  </w:num>
  <w:num w:numId="10" w16cid:durableId="1587303986">
    <w:abstractNumId w:val="9"/>
  </w:num>
  <w:num w:numId="11" w16cid:durableId="21130153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7D1A"/>
    <w:rsid w:val="002544DB"/>
    <w:rsid w:val="00292155"/>
    <w:rsid w:val="0029639D"/>
    <w:rsid w:val="00326F90"/>
    <w:rsid w:val="003F4300"/>
    <w:rsid w:val="00497817"/>
    <w:rsid w:val="007C6B78"/>
    <w:rsid w:val="009127F4"/>
    <w:rsid w:val="00AA1D8D"/>
    <w:rsid w:val="00B47730"/>
    <w:rsid w:val="00BB7431"/>
    <w:rsid w:val="00CB0664"/>
    <w:rsid w:val="00D95DF1"/>
    <w:rsid w:val="00E0533C"/>
    <w:rsid w:val="00E60719"/>
    <w:rsid w:val="00F24C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F4F3BA0"/>
  <w14:defaultImageDpi w14:val="300"/>
  <w15:docId w15:val="{7C5AC6D8-D5A2-4FFC-A504-DB6B449B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/>
      <w:b/>
      <w:bCs/>
      <w:color w:val="1F32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/>
      <w:b/>
      <w:bCs/>
      <w:color w:val="32323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32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uiPriority w:val="99"/>
    <w:unhideWhenUsed/>
    <w:rsid w:val="002544D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5DF1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semiHidden/>
    <w:unhideWhenUsed/>
    <w:rsid w:val="004978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fssh.rjt.ac.lk/index.php/jahs-abou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4284/170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fssh.rjt.ac.lk/index.php/jahs-about/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fssh.rjt.ac.lk/index.php/jahs-about/" TargetMode="External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1662</Words>
  <Characters>9474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TM</cp:lastModifiedBy>
  <cp:revision>4</cp:revision>
  <dcterms:created xsi:type="dcterms:W3CDTF">2026-10-14T10:14:00Z</dcterms:created>
  <dcterms:modified xsi:type="dcterms:W3CDTF">2026-10-14T10:19:00Z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ec415c0abc665f523615c8fbb68e4a5a8f993d341e9b58735c4f0665270c32e2</vt:lpwstr>
  </property>
</Properties>
</file>