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5EB50" w14:textId="1BCED082" w:rsidR="002544DB" w:rsidRPr="002544DB" w:rsidRDefault="009127F4">
      <w:pPr>
        <w:jc w:val="center"/>
        <w:rPr>
          <w:rFonts w:cs="Times New Roman"/>
          <w:b/>
          <w:color w:val="1F3264"/>
          <w:sz w:val="32"/>
        </w:rPr>
      </w:pPr>
      <w:r>
        <w:rPr>
          <w:rFonts w:ascii="Segoe Script" w:hAnsi="Segoe Script"/>
          <w:b/>
          <w:bCs/>
          <w:noProof/>
          <w:sz w:val="28"/>
          <w:szCs w:val="28"/>
        </w:rPr>
        <w:drawing>
          <wp:anchor distT="0" distB="0" distL="114300" distR="114300" simplePos="0" relativeHeight="251662848" behindDoc="1" locked="0" layoutInCell="1" allowOverlap="1" wp14:anchorId="63C711CF" wp14:editId="504A504F">
            <wp:simplePos x="0" y="0"/>
            <wp:positionH relativeFrom="column">
              <wp:posOffset>5600700</wp:posOffset>
            </wp:positionH>
            <wp:positionV relativeFrom="paragraph">
              <wp:posOffset>264795</wp:posOffset>
            </wp:positionV>
            <wp:extent cx="1186180" cy="1186180"/>
            <wp:effectExtent l="0" t="0" r="0" b="0"/>
            <wp:wrapNone/>
            <wp:docPr id="14100793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6180" cy="1186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FBC317" w14:textId="05339403" w:rsidR="007C6B78" w:rsidRPr="002544DB" w:rsidRDefault="00000000">
      <w:pPr>
        <w:jc w:val="center"/>
        <w:rPr>
          <w:rFonts w:cs="Times New Roman"/>
        </w:rPr>
      </w:pPr>
      <w:r w:rsidRPr="002544DB">
        <w:rPr>
          <w:rFonts w:cs="Times New Roman"/>
          <w:b/>
          <w:color w:val="1F3264"/>
          <w:sz w:val="32"/>
        </w:rPr>
        <w:t>THE JOURNAL OF</w:t>
      </w:r>
      <w:r w:rsidRPr="002544DB">
        <w:rPr>
          <w:rFonts w:cs="Times New Roman"/>
          <w:b/>
          <w:color w:val="1F3264"/>
          <w:sz w:val="32"/>
        </w:rPr>
        <w:br/>
        <w:t>ARCHAEOLOGY &amp; HERITAGE STUDIES</w:t>
      </w:r>
    </w:p>
    <w:p w14:paraId="07783FE5" w14:textId="1C0168BB" w:rsidR="007C6B78" w:rsidRPr="002544DB" w:rsidRDefault="00000000">
      <w:pPr>
        <w:jc w:val="center"/>
        <w:rPr>
          <w:rFonts w:cs="Times New Roman"/>
        </w:rPr>
      </w:pPr>
      <w:r w:rsidRPr="002544DB">
        <w:rPr>
          <w:rFonts w:cs="Times New Roman"/>
          <w:b/>
          <w:sz w:val="26"/>
        </w:rPr>
        <w:t>INSTRUCTIONS FOR AUTHORS</w:t>
      </w:r>
    </w:p>
    <w:p w14:paraId="2B37F54E" w14:textId="14DB3A53" w:rsidR="007C6B78" w:rsidRPr="002544DB" w:rsidRDefault="00000000">
      <w:pPr>
        <w:jc w:val="center"/>
        <w:rPr>
          <w:rFonts w:cs="Times New Roman"/>
        </w:rPr>
      </w:pPr>
      <w:r w:rsidRPr="002544DB">
        <w:rPr>
          <w:rFonts w:cs="Times New Roman"/>
          <w:i/>
          <w:sz w:val="18"/>
        </w:rPr>
        <w:t>Published by the Department of Archaeology and Heritage Management,</w:t>
      </w:r>
      <w:r w:rsidRPr="002544DB">
        <w:rPr>
          <w:rFonts w:cs="Times New Roman"/>
          <w:i/>
          <w:sz w:val="18"/>
        </w:rPr>
        <w:br/>
        <w:t>Faculty of Social Sciences and Humanities, Rajarata University of Sri Lanka</w:t>
      </w:r>
    </w:p>
    <w:p w14:paraId="1CCA8542" w14:textId="10711FEE" w:rsidR="007C6B78" w:rsidRPr="002544DB" w:rsidRDefault="00000000">
      <w:pPr>
        <w:pStyle w:val="Heading1"/>
        <w:rPr>
          <w:rFonts w:ascii="Times New Roman" w:hAnsi="Times New Roman" w:cs="Times New Roman"/>
        </w:rPr>
      </w:pPr>
      <w:r w:rsidRPr="002544DB">
        <w:rPr>
          <w:rFonts w:ascii="Times New Roman" w:hAnsi="Times New Roman" w:cs="Times New Roman"/>
        </w:rPr>
        <w:t>1. Scope of the Journal</w:t>
      </w:r>
    </w:p>
    <w:p w14:paraId="2066F93D" w14:textId="4541CE7D" w:rsidR="007C6B78" w:rsidRPr="002544DB" w:rsidRDefault="00000000">
      <w:pPr>
        <w:rPr>
          <w:rFonts w:cs="Times New Roman"/>
        </w:rPr>
      </w:pPr>
      <w:r w:rsidRPr="002544DB">
        <w:rPr>
          <w:rFonts w:cs="Times New Roman"/>
        </w:rPr>
        <w:t>The Journal of Archaeology &amp; Heritage Studies (JAHS) is an open-access, peer-reviewed academic journal publishing original scholarly research in archaeology, history, heritage management, and related fields. The journal welcomes articles on archaeology; history; heritage management and conservation; monuments, artefacts, and material culture; ancient technology and architecture; irrigation archaeology; geoarchaeology; epigraphy; ethnoarchaeology; underwater archaeology; museology; cultural tourism; and related interdisciplinary themes.</w:t>
      </w:r>
    </w:p>
    <w:p w14:paraId="29745ED8" w14:textId="3ADBC2D9" w:rsidR="007C6B78" w:rsidRPr="002544DB" w:rsidRDefault="00000000">
      <w:pPr>
        <w:pStyle w:val="Heading1"/>
        <w:rPr>
          <w:rFonts w:ascii="Times New Roman" w:hAnsi="Times New Roman" w:cs="Times New Roman"/>
        </w:rPr>
      </w:pPr>
      <w:r w:rsidRPr="002544DB">
        <w:rPr>
          <w:rFonts w:ascii="Times New Roman" w:hAnsi="Times New Roman" w:cs="Times New Roman"/>
        </w:rPr>
        <w:t>2. General Manuscript Requirements</w:t>
      </w:r>
    </w:p>
    <w:p w14:paraId="70675B75" w14:textId="77777777" w:rsidR="007C6B78" w:rsidRPr="002544DB" w:rsidRDefault="00000000">
      <w:pPr>
        <w:pStyle w:val="ListBullet"/>
        <w:rPr>
          <w:rFonts w:cs="Times New Roman"/>
        </w:rPr>
      </w:pPr>
      <w:r w:rsidRPr="002544DB">
        <w:rPr>
          <w:rFonts w:cs="Times New Roman"/>
        </w:rPr>
        <w:t>Language: English or Sinhala.</w:t>
      </w:r>
    </w:p>
    <w:p w14:paraId="482C9349" w14:textId="77777777" w:rsidR="007C6B78" w:rsidRPr="002544DB" w:rsidRDefault="00000000">
      <w:pPr>
        <w:pStyle w:val="ListBullet"/>
        <w:rPr>
          <w:rFonts w:cs="Times New Roman"/>
        </w:rPr>
      </w:pPr>
      <w:r w:rsidRPr="002544DB">
        <w:rPr>
          <w:rFonts w:cs="Times New Roman"/>
        </w:rPr>
        <w:t>Length: Maximum 12,000 words, including references.</w:t>
      </w:r>
    </w:p>
    <w:p w14:paraId="711B340E" w14:textId="1BE90A25" w:rsidR="007C6B78" w:rsidRPr="009127F4" w:rsidRDefault="00000000" w:rsidP="009127F4">
      <w:pPr>
        <w:pStyle w:val="ListBullet"/>
        <w:rPr>
          <w:rFonts w:cs="Times New Roman"/>
        </w:rPr>
      </w:pPr>
      <w:r w:rsidRPr="009127F4">
        <w:rPr>
          <w:rFonts w:cs="Times New Roman"/>
        </w:rPr>
        <w:t>File format: Prepare the manuscript using Microsoft Word or OpenOffice-compatible software.</w:t>
      </w:r>
    </w:p>
    <w:p w14:paraId="3BA8E370" w14:textId="77777777" w:rsidR="007C6B78" w:rsidRPr="002544DB" w:rsidRDefault="00000000">
      <w:pPr>
        <w:pStyle w:val="ListBullet"/>
        <w:rPr>
          <w:rFonts w:cs="Times New Roman"/>
        </w:rPr>
      </w:pPr>
      <w:r w:rsidRPr="002544DB">
        <w:rPr>
          <w:rFonts w:cs="Times New Roman"/>
        </w:rPr>
        <w:t>English font: Times New Roman; Sinhala font: Iskoola Pota.</w:t>
      </w:r>
    </w:p>
    <w:p w14:paraId="592A1E52" w14:textId="77777777" w:rsidR="007C6B78" w:rsidRPr="002544DB" w:rsidRDefault="00000000">
      <w:pPr>
        <w:pStyle w:val="ListBullet"/>
        <w:rPr>
          <w:rFonts w:cs="Times New Roman"/>
        </w:rPr>
      </w:pPr>
      <w:r w:rsidRPr="002544DB">
        <w:rPr>
          <w:rFonts w:cs="Times New Roman"/>
        </w:rPr>
        <w:t>Font sizes: 16 pt for the main title/topic, 14 pt for headings, and 12 pt for the main text.</w:t>
      </w:r>
    </w:p>
    <w:p w14:paraId="3FDA1970" w14:textId="77777777" w:rsidR="007C6B78" w:rsidRPr="002544DB" w:rsidRDefault="00000000">
      <w:pPr>
        <w:rPr>
          <w:rFonts w:cs="Times New Roman"/>
        </w:rPr>
      </w:pPr>
      <w:r w:rsidRPr="002544DB">
        <w:rPr>
          <w:rFonts w:cs="Times New Roman"/>
        </w:rPr>
        <w:t>Manuscripts should be clearly written, logically organised, and supported by relevant scholarly literature. Authors should check spelling, grammar, citations, references, and figure numbering before submission.</w:t>
      </w:r>
    </w:p>
    <w:p w14:paraId="2D0EBBE0" w14:textId="77777777" w:rsidR="007C6B78" w:rsidRPr="002544DB" w:rsidRDefault="00000000">
      <w:pPr>
        <w:pStyle w:val="Heading1"/>
        <w:rPr>
          <w:rFonts w:ascii="Times New Roman" w:hAnsi="Times New Roman" w:cs="Times New Roman"/>
        </w:rPr>
      </w:pPr>
      <w:r w:rsidRPr="002544DB">
        <w:rPr>
          <w:rFonts w:ascii="Times New Roman" w:hAnsi="Times New Roman" w:cs="Times New Roman"/>
        </w:rPr>
        <w:t>3. Manuscript Preparation</w:t>
      </w:r>
    </w:p>
    <w:p w14:paraId="294A4037"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3.1 Title</w:t>
      </w:r>
    </w:p>
    <w:p w14:paraId="208E4E88" w14:textId="77777777" w:rsidR="007C6B78" w:rsidRPr="002544DB" w:rsidRDefault="00000000">
      <w:pPr>
        <w:rPr>
          <w:rFonts w:cs="Times New Roman"/>
        </w:rPr>
      </w:pPr>
      <w:r w:rsidRPr="002544DB">
        <w:rPr>
          <w:rFonts w:cs="Times New Roman"/>
        </w:rPr>
        <w:t>Provide a clear, relevant, and original title that accurately reflects the focus of the article.</w:t>
      </w:r>
    </w:p>
    <w:p w14:paraId="0E677500"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3.2 Author Details</w:t>
      </w:r>
    </w:p>
    <w:p w14:paraId="32004051" w14:textId="09E51A82" w:rsidR="007C6B78" w:rsidRPr="002544DB" w:rsidRDefault="00000000">
      <w:pPr>
        <w:rPr>
          <w:rFonts w:cs="Times New Roman"/>
        </w:rPr>
      </w:pPr>
      <w:r w:rsidRPr="002544DB">
        <w:rPr>
          <w:rFonts w:cs="Times New Roman"/>
        </w:rPr>
        <w:t xml:space="preserve">Include each author's full name, educational qualifications, institutional affiliation, professional position, email address, and contact telephone number. Mark the corresponding author with an asterisk (*). Complete Form No. 01 </w:t>
      </w:r>
      <w:r w:rsidR="00E60719">
        <w:rPr>
          <w:rFonts w:cs="Iskoola Pota" w:hint="cs"/>
          <w:cs/>
          <w:lang w:bidi="si-LK"/>
        </w:rPr>
        <w:t>(</w:t>
      </w:r>
      <w:r w:rsidR="00E60719">
        <w:rPr>
          <w:rFonts w:cs="Iskoola Pota"/>
          <w:lang w:val="en-GB" w:bidi="si-LK"/>
        </w:rPr>
        <w:t xml:space="preserve">attached below) </w:t>
      </w:r>
      <w:r w:rsidRPr="002544DB">
        <w:rPr>
          <w:rFonts w:cs="Times New Roman"/>
        </w:rPr>
        <w:t>and submit it separately.</w:t>
      </w:r>
    </w:p>
    <w:p w14:paraId="4EB0298F"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3.3 Abstract</w:t>
      </w:r>
    </w:p>
    <w:p w14:paraId="57372D63" w14:textId="77777777" w:rsidR="007C6B78" w:rsidRPr="002544DB" w:rsidRDefault="00000000">
      <w:pPr>
        <w:rPr>
          <w:rFonts w:cs="Times New Roman"/>
        </w:rPr>
      </w:pPr>
      <w:r w:rsidRPr="002544DB">
        <w:rPr>
          <w:rFonts w:cs="Times New Roman"/>
        </w:rPr>
        <w:t>Provide a single-paragraph abstract of 250–300 words. It should briefly state the research context and problem, aim and objectives, methodology, principal findings, interpretation, and overall conclusion.</w:t>
      </w:r>
    </w:p>
    <w:p w14:paraId="7AD51204"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3.4 Keywords</w:t>
      </w:r>
    </w:p>
    <w:p w14:paraId="5B212899" w14:textId="77777777" w:rsidR="007C6B78" w:rsidRPr="002544DB" w:rsidRDefault="00000000">
      <w:pPr>
        <w:rPr>
          <w:rFonts w:cs="Times New Roman"/>
        </w:rPr>
      </w:pPr>
      <w:r w:rsidRPr="002544DB">
        <w:rPr>
          <w:rFonts w:cs="Times New Roman"/>
        </w:rPr>
        <w:t>Provide four to eight keywords that reflect the main themes, concepts, methods, or geographical focus of the article.</w:t>
      </w:r>
    </w:p>
    <w:p w14:paraId="221F6D3F" w14:textId="77777777" w:rsidR="007C6B78" w:rsidRPr="002544DB" w:rsidRDefault="00000000">
      <w:pPr>
        <w:rPr>
          <w:rFonts w:cs="Times New Roman"/>
        </w:rPr>
      </w:pPr>
      <w:r w:rsidRPr="002544DB">
        <w:rPr>
          <w:rFonts w:cs="Times New Roman"/>
        </w:rPr>
        <w:t>For manuscripts written in Sinhala, the title, author details, abstract, and keywords must also be provided in English.</w:t>
      </w:r>
    </w:p>
    <w:p w14:paraId="2AAEC070"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3.5 Introduction</w:t>
      </w:r>
    </w:p>
    <w:p w14:paraId="0D194528" w14:textId="77777777" w:rsidR="007C6B78" w:rsidRPr="002544DB" w:rsidRDefault="00000000">
      <w:pPr>
        <w:rPr>
          <w:rFonts w:cs="Times New Roman"/>
        </w:rPr>
      </w:pPr>
      <w:r w:rsidRPr="002544DB">
        <w:rPr>
          <w:rFonts w:cs="Times New Roman"/>
        </w:rPr>
        <w:t>Establish the scholarly context and significance of the research. Review relevant literature, identify the research problem or knowledge gap, and state the research aim, objectives, and research questions or hypotheses, where applicable. For articles based mainly on field data, provide the relevant geographical and contextual information.</w:t>
      </w:r>
    </w:p>
    <w:p w14:paraId="1D7ED96A"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lastRenderedPageBreak/>
        <w:t>3.6 Methodology</w:t>
      </w:r>
    </w:p>
    <w:p w14:paraId="26676EBB" w14:textId="77777777" w:rsidR="007C6B78" w:rsidRPr="002544DB" w:rsidRDefault="00000000">
      <w:pPr>
        <w:rPr>
          <w:rFonts w:cs="Times New Roman"/>
        </w:rPr>
      </w:pPr>
      <w:r w:rsidRPr="002544DB">
        <w:rPr>
          <w:rFonts w:cs="Times New Roman"/>
        </w:rPr>
        <w:t>Explain the research design, data sources, fieldwork or data-collection procedures, sampling, classification, and analytical methods, as appropriate. Provide sufficient detail for readers to understand how the study was conducted and how the findings were derived.</w:t>
      </w:r>
    </w:p>
    <w:p w14:paraId="690FD0C0"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3.7 Results</w:t>
      </w:r>
    </w:p>
    <w:p w14:paraId="1EC84745" w14:textId="77777777" w:rsidR="007C6B78" w:rsidRPr="002544DB" w:rsidRDefault="00000000">
      <w:pPr>
        <w:rPr>
          <w:rFonts w:cs="Times New Roman"/>
        </w:rPr>
      </w:pPr>
      <w:r w:rsidRPr="002544DB">
        <w:rPr>
          <w:rFonts w:cs="Times New Roman"/>
        </w:rPr>
        <w:t>Present findings accurately, clearly, and in a logical sequence. Use tables, figures, maps, photographs, or other supporting materials where appropriate. Keep the presentation of findings distinct from their interpretation where possible.</w:t>
      </w:r>
    </w:p>
    <w:p w14:paraId="0462DCAA"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3.8 Discussion</w:t>
      </w:r>
    </w:p>
    <w:p w14:paraId="5FB81AE1" w14:textId="77777777" w:rsidR="007C6B78" w:rsidRPr="002544DB" w:rsidRDefault="00000000">
      <w:pPr>
        <w:rPr>
          <w:rFonts w:cs="Times New Roman"/>
        </w:rPr>
      </w:pPr>
      <w:r w:rsidRPr="002544DB">
        <w:rPr>
          <w:rFonts w:cs="Times New Roman"/>
        </w:rPr>
        <w:t>Interpret the findings in relation to the research aims and objectives and relevant scholarship. Explain how the findings address the research problem and contribute to existing knowledge. Refer to recent and relevant publications, and discuss limitations and future research directions where appropriate.</w:t>
      </w:r>
    </w:p>
    <w:p w14:paraId="34EC21A0" w14:textId="771C7457" w:rsidR="007C6B78" w:rsidRPr="002544DB" w:rsidRDefault="00000000">
      <w:pPr>
        <w:pStyle w:val="Heading2"/>
        <w:rPr>
          <w:rFonts w:ascii="Times New Roman" w:hAnsi="Times New Roman" w:cs="Times New Roman"/>
        </w:rPr>
      </w:pPr>
      <w:r w:rsidRPr="002544DB">
        <w:rPr>
          <w:rFonts w:ascii="Times New Roman" w:hAnsi="Times New Roman" w:cs="Times New Roman"/>
        </w:rPr>
        <w:t>3.9 Conclusions</w:t>
      </w:r>
    </w:p>
    <w:p w14:paraId="61D2C293" w14:textId="3761B49B" w:rsidR="007C6B78" w:rsidRPr="002544DB" w:rsidRDefault="00000000">
      <w:pPr>
        <w:rPr>
          <w:rFonts w:cs="Times New Roman"/>
        </w:rPr>
      </w:pPr>
      <w:r w:rsidRPr="002544DB">
        <w:rPr>
          <w:rFonts w:cs="Times New Roman"/>
        </w:rPr>
        <w:t>Summarise the main findings and interpretations, indicate whether the research aims and objectives have been achieved, and state the principal contribution of the study. Do not introduce findings or arguments that have not been addressed in the main text.</w:t>
      </w:r>
    </w:p>
    <w:p w14:paraId="6D7F7E3B"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3.10 Acknowledgements</w:t>
      </w:r>
    </w:p>
    <w:p w14:paraId="4F1A8ECD" w14:textId="0A06C6D9" w:rsidR="007C6B78" w:rsidRPr="002544DB" w:rsidRDefault="00000000">
      <w:pPr>
        <w:rPr>
          <w:rFonts w:cs="Times New Roman"/>
        </w:rPr>
      </w:pPr>
      <w:r w:rsidRPr="002544DB">
        <w:rPr>
          <w:rFonts w:cs="Times New Roman"/>
        </w:rPr>
        <w:t>Acknowledge individuals, institutions, funding bodies, and others who provided significant financial, academic, technical, or other support for the research.</w:t>
      </w:r>
    </w:p>
    <w:p w14:paraId="48E52191" w14:textId="77777777" w:rsidR="007C6B78" w:rsidRPr="002544DB" w:rsidRDefault="00000000">
      <w:pPr>
        <w:pStyle w:val="Heading2"/>
        <w:rPr>
          <w:rFonts w:ascii="Times New Roman" w:hAnsi="Times New Roman" w:cs="Times New Roman"/>
        </w:rPr>
      </w:pPr>
      <w:r w:rsidRPr="002544DB">
        <w:rPr>
          <w:rFonts w:ascii="Times New Roman" w:hAnsi="Times New Roman" w:cs="Times New Roman"/>
        </w:rPr>
        <w:t>3.11 References</w:t>
      </w:r>
    </w:p>
    <w:p w14:paraId="1945A260" w14:textId="77777777" w:rsidR="007C6B78" w:rsidRDefault="00000000">
      <w:pPr>
        <w:rPr>
          <w:rFonts w:cs="Times New Roman"/>
        </w:rPr>
      </w:pPr>
      <w:r w:rsidRPr="002544DB">
        <w:rPr>
          <w:rFonts w:cs="Times New Roman"/>
        </w:rPr>
        <w:t>Use the latest Harvard referencing style consistently. Ensure that every in-text citation appears in the reference list and every reference-list entry is cited in the text. When reproducing previously published figures, tables, drawings, or other materials, cite the original publication and obtain any necessary permissions.</w:t>
      </w:r>
    </w:p>
    <w:p w14:paraId="0C3C55DB" w14:textId="63D73DEB" w:rsidR="002544DB" w:rsidRPr="002544DB" w:rsidRDefault="002544DB">
      <w:pPr>
        <w:rPr>
          <w:rFonts w:cs="Times New Roman"/>
        </w:rPr>
      </w:pPr>
    </w:p>
    <w:p w14:paraId="1F730987" w14:textId="77777777" w:rsidR="007C6B78" w:rsidRPr="002544DB" w:rsidRDefault="00000000">
      <w:pPr>
        <w:pStyle w:val="Heading1"/>
        <w:rPr>
          <w:rFonts w:ascii="Times New Roman" w:hAnsi="Times New Roman" w:cs="Times New Roman"/>
        </w:rPr>
      </w:pPr>
      <w:r w:rsidRPr="002544DB">
        <w:rPr>
          <w:rFonts w:ascii="Times New Roman" w:hAnsi="Times New Roman" w:cs="Times New Roman"/>
        </w:rPr>
        <w:t>4. Figures, Tables, Photographs, and Other Artwork</w:t>
      </w:r>
    </w:p>
    <w:p w14:paraId="1B4152EB" w14:textId="77777777" w:rsidR="007C6B78" w:rsidRPr="002544DB" w:rsidRDefault="00000000">
      <w:pPr>
        <w:pStyle w:val="ListBullet"/>
        <w:rPr>
          <w:rFonts w:cs="Times New Roman"/>
        </w:rPr>
      </w:pPr>
      <w:r w:rsidRPr="002544DB">
        <w:rPr>
          <w:rFonts w:cs="Times New Roman"/>
        </w:rPr>
        <w:t>Photographs: JPEG format is suitable for photographs that do not contain text or graphs.</w:t>
      </w:r>
    </w:p>
    <w:p w14:paraId="3416B0CD" w14:textId="0CC14CFE" w:rsidR="007C6B78" w:rsidRPr="002544DB" w:rsidRDefault="00000000">
      <w:pPr>
        <w:pStyle w:val="ListBullet"/>
        <w:rPr>
          <w:rFonts w:cs="Times New Roman"/>
        </w:rPr>
      </w:pPr>
      <w:r w:rsidRPr="002544DB">
        <w:rPr>
          <w:rFonts w:cs="Times New Roman"/>
        </w:rPr>
        <w:t>Graphs and line art: Supply in a format that preserves quality when enlarged.</w:t>
      </w:r>
    </w:p>
    <w:p w14:paraId="6589817C" w14:textId="77777777" w:rsidR="007C6B78" w:rsidRPr="002544DB" w:rsidRDefault="00000000">
      <w:pPr>
        <w:pStyle w:val="ListBullet"/>
        <w:rPr>
          <w:rFonts w:cs="Times New Roman"/>
        </w:rPr>
      </w:pPr>
      <w:r w:rsidRPr="002544DB">
        <w:rPr>
          <w:rFonts w:cs="Times New Roman"/>
        </w:rPr>
        <w:t>Resolution: Raster images (e.g., JPEG or TIFF) must be at least 300 dpi; line art must be at least 800 dpi.</w:t>
      </w:r>
    </w:p>
    <w:p w14:paraId="67396A28" w14:textId="217B33D0" w:rsidR="007C6B78" w:rsidRPr="002544DB" w:rsidRDefault="00000000">
      <w:pPr>
        <w:pStyle w:val="ListBullet"/>
        <w:rPr>
          <w:rFonts w:cs="Times New Roman"/>
        </w:rPr>
      </w:pPr>
      <w:r w:rsidRPr="002544DB">
        <w:rPr>
          <w:rFonts w:cs="Times New Roman"/>
        </w:rPr>
        <w:t>Placement: Tables and figures created in Word should be placed within the main text.</w:t>
      </w:r>
    </w:p>
    <w:p w14:paraId="20AA60E4" w14:textId="77777777" w:rsidR="007C6B78" w:rsidRPr="002544DB" w:rsidRDefault="00000000">
      <w:pPr>
        <w:pStyle w:val="ListBullet"/>
        <w:rPr>
          <w:rFonts w:cs="Times New Roman"/>
        </w:rPr>
      </w:pPr>
      <w:r w:rsidRPr="002544DB">
        <w:rPr>
          <w:rFonts w:cs="Times New Roman"/>
        </w:rPr>
        <w:t>Separate files: Figures and other materials created outside Word (e.g., Excel, PowerPoint, JPG, TIFF, EPS, or PDF) should be submitted separately.</w:t>
      </w:r>
    </w:p>
    <w:p w14:paraId="4353D4EF" w14:textId="77777777" w:rsidR="007C6B78" w:rsidRPr="002544DB" w:rsidRDefault="00000000">
      <w:pPr>
        <w:pStyle w:val="ListBullet"/>
        <w:rPr>
          <w:rFonts w:cs="Times New Roman"/>
        </w:rPr>
      </w:pPr>
      <w:r w:rsidRPr="002544DB">
        <w:rPr>
          <w:rFonts w:cs="Times New Roman"/>
        </w:rPr>
        <w:t>Insertion markers: Indicate the intended position of each separately submitted figure in the manuscript, e.g., [Insert Figure 1 here].</w:t>
      </w:r>
    </w:p>
    <w:p w14:paraId="021CA0F5" w14:textId="7193CA22" w:rsidR="007C6B78" w:rsidRPr="002544DB" w:rsidRDefault="00000000">
      <w:pPr>
        <w:rPr>
          <w:rFonts w:cs="Times New Roman"/>
        </w:rPr>
      </w:pPr>
      <w:r w:rsidRPr="002544DB">
        <w:rPr>
          <w:rFonts w:cs="Times New Roman"/>
        </w:rPr>
        <w:t>Number and caption all tables and figures consistently, refer to them in the text, and acknowledge sources where previously published material is used.</w:t>
      </w:r>
    </w:p>
    <w:p w14:paraId="1F577919" w14:textId="77777777" w:rsidR="007C6B78" w:rsidRPr="002544DB" w:rsidRDefault="00000000">
      <w:pPr>
        <w:pStyle w:val="Heading1"/>
        <w:rPr>
          <w:rFonts w:ascii="Times New Roman" w:hAnsi="Times New Roman" w:cs="Times New Roman"/>
        </w:rPr>
      </w:pPr>
      <w:r w:rsidRPr="002544DB">
        <w:rPr>
          <w:rFonts w:ascii="Times New Roman" w:hAnsi="Times New Roman" w:cs="Times New Roman"/>
        </w:rPr>
        <w:t>5. Submission Procedure</w:t>
      </w:r>
    </w:p>
    <w:p w14:paraId="79CD805C" w14:textId="77777777" w:rsidR="007C6B78" w:rsidRPr="002544DB" w:rsidRDefault="00000000">
      <w:pPr>
        <w:rPr>
          <w:rFonts w:cs="Times New Roman"/>
        </w:rPr>
      </w:pPr>
      <w:r w:rsidRPr="002544DB">
        <w:rPr>
          <w:rFonts w:cs="Times New Roman"/>
        </w:rPr>
        <w:t>Submit all manuscripts electronically to the journal editorial office:</w:t>
      </w:r>
    </w:p>
    <w:p w14:paraId="5BC236D1" w14:textId="6AD755F5" w:rsidR="007C6B78" w:rsidRPr="002544DB" w:rsidRDefault="00000000">
      <w:pPr>
        <w:jc w:val="center"/>
        <w:rPr>
          <w:rFonts w:cs="Times New Roman"/>
        </w:rPr>
      </w:pPr>
      <w:r w:rsidRPr="002544DB">
        <w:rPr>
          <w:rFonts w:cs="Times New Roman"/>
          <w:b/>
          <w:color w:val="1F3264"/>
          <w:sz w:val="24"/>
        </w:rPr>
        <w:t>jahs@ssh.rjt.ac.lk</w:t>
      </w:r>
    </w:p>
    <w:p w14:paraId="44BDD142" w14:textId="18D15C4A" w:rsidR="007C6B78" w:rsidRPr="002544DB" w:rsidRDefault="00000000">
      <w:pPr>
        <w:rPr>
          <w:rFonts w:cs="Times New Roman"/>
        </w:rPr>
      </w:pPr>
      <w:r w:rsidRPr="002544DB">
        <w:rPr>
          <w:rFonts w:cs="Times New Roman"/>
        </w:rPr>
        <w:t>Please include the following:</w:t>
      </w:r>
    </w:p>
    <w:p w14:paraId="4111A8F1" w14:textId="5C27B3E4" w:rsidR="007C6B78" w:rsidRPr="002544DB" w:rsidRDefault="00000000">
      <w:pPr>
        <w:pStyle w:val="ListBullet"/>
        <w:rPr>
          <w:rFonts w:cs="Times New Roman"/>
        </w:rPr>
      </w:pPr>
      <w:r w:rsidRPr="002544DB">
        <w:rPr>
          <w:rFonts w:cs="Times New Roman"/>
        </w:rPr>
        <w:t>The complete manuscript in an editable Word-compatible format.</w:t>
      </w:r>
    </w:p>
    <w:p w14:paraId="5D8B08D4" w14:textId="46398DC3" w:rsidR="007C6B78" w:rsidRPr="002544DB" w:rsidRDefault="00000000">
      <w:pPr>
        <w:pStyle w:val="ListBullet"/>
        <w:rPr>
          <w:rFonts w:cs="Times New Roman"/>
        </w:rPr>
      </w:pPr>
      <w:r w:rsidRPr="002544DB">
        <w:rPr>
          <w:rFonts w:cs="Times New Roman"/>
        </w:rPr>
        <w:lastRenderedPageBreak/>
        <w:t>Complete author details, identifying the corresponding author.</w:t>
      </w:r>
    </w:p>
    <w:p w14:paraId="39DEA0B5" w14:textId="2DFF3E2C" w:rsidR="007C6B78" w:rsidRPr="002544DB" w:rsidRDefault="00000000">
      <w:pPr>
        <w:pStyle w:val="ListBullet"/>
        <w:rPr>
          <w:rFonts w:cs="Times New Roman"/>
        </w:rPr>
      </w:pPr>
      <w:r w:rsidRPr="002544DB">
        <w:rPr>
          <w:rFonts w:cs="Times New Roman"/>
        </w:rPr>
        <w:t>Form No. 01, submitted separately.</w:t>
      </w:r>
    </w:p>
    <w:p w14:paraId="2CC8049D" w14:textId="77777777" w:rsidR="007C6B78" w:rsidRPr="002544DB" w:rsidRDefault="00000000">
      <w:pPr>
        <w:pStyle w:val="ListBullet"/>
        <w:rPr>
          <w:rFonts w:cs="Times New Roman"/>
        </w:rPr>
      </w:pPr>
      <w:r w:rsidRPr="002544DB">
        <w:rPr>
          <w:rFonts w:cs="Times New Roman"/>
        </w:rPr>
        <w:t>Separate high-resolution figures or supporting files, where applicable.</w:t>
      </w:r>
    </w:p>
    <w:p w14:paraId="1065D21B" w14:textId="77777777" w:rsidR="007C6B78" w:rsidRDefault="00000000">
      <w:pPr>
        <w:rPr>
          <w:rFonts w:cs="Times New Roman"/>
        </w:rPr>
      </w:pPr>
      <w:r w:rsidRPr="002544DB">
        <w:rPr>
          <w:rFonts w:cs="Times New Roman"/>
        </w:rPr>
        <w:t>Suggested email subject line: “JAHS Submission – [Manuscript Title]”.</w:t>
      </w:r>
    </w:p>
    <w:p w14:paraId="38930CE6" w14:textId="77777777" w:rsidR="00D95DF1" w:rsidRDefault="00D95DF1">
      <w:pPr>
        <w:rPr>
          <w:rFonts w:cs="Times New Roman"/>
        </w:rPr>
      </w:pPr>
    </w:p>
    <w:p w14:paraId="1D22F030" w14:textId="34E6685A" w:rsidR="00D95DF1" w:rsidRPr="002544DB" w:rsidRDefault="00D95DF1" w:rsidP="00D95DF1">
      <w:pPr>
        <w:pStyle w:val="Heading1"/>
        <w:rPr>
          <w:rFonts w:ascii="Times New Roman" w:hAnsi="Times New Roman" w:cs="Times New Roman"/>
        </w:rPr>
      </w:pPr>
      <w:r>
        <w:rPr>
          <w:rFonts w:ascii="Times New Roman" w:hAnsi="Times New Roman" w:cs="Times New Roman"/>
        </w:rPr>
        <w:t>6</w:t>
      </w:r>
      <w:r w:rsidRPr="002544DB">
        <w:rPr>
          <w:rFonts w:ascii="Times New Roman" w:hAnsi="Times New Roman" w:cs="Times New Roman"/>
        </w:rPr>
        <w:t xml:space="preserve">. </w:t>
      </w:r>
      <w:r>
        <w:rPr>
          <w:rFonts w:ascii="Times New Roman" w:hAnsi="Times New Roman" w:cs="Times New Roman"/>
        </w:rPr>
        <w:t>Referencing Style</w:t>
      </w:r>
    </w:p>
    <w:p w14:paraId="5263BE21" w14:textId="77777777" w:rsidR="00D95DF1" w:rsidRPr="00D95DF1" w:rsidRDefault="00D95DF1" w:rsidP="00D95DF1">
      <w:pPr>
        <w:rPr>
          <w:rFonts w:cs="Times New Roman"/>
        </w:rPr>
      </w:pPr>
      <w:r w:rsidRPr="00D95DF1">
        <w:rPr>
          <w:rFonts w:cs="Times New Roman"/>
        </w:rPr>
        <w:t>JAHS follows the Harvard referencing style. Authors should use the author–date system consistently for in-text citations and arrange the reference list alphabetically by the surname of the first author. The following examples illustrate the basic formatting requirements for commonly used source types.</w:t>
      </w:r>
    </w:p>
    <w:p w14:paraId="5781E070" w14:textId="6AFDE531" w:rsidR="00D95DF1" w:rsidRPr="00D95DF1" w:rsidRDefault="00D95DF1" w:rsidP="00D95DF1">
      <w:pPr>
        <w:rPr>
          <w:rFonts w:cs="Times New Roman"/>
          <w:b/>
          <w:bCs/>
          <w:u w:val="single"/>
        </w:rPr>
      </w:pPr>
      <w:r w:rsidRPr="00D95DF1">
        <w:rPr>
          <w:rFonts w:cs="Times New Roman"/>
          <w:b/>
          <w:bCs/>
          <w:u w:val="single"/>
        </w:rPr>
        <w:t>Books</w:t>
      </w:r>
    </w:p>
    <w:p w14:paraId="2C8C0A78" w14:textId="77777777" w:rsidR="00D95DF1" w:rsidRPr="00D95DF1" w:rsidRDefault="00D95DF1" w:rsidP="00D95DF1">
      <w:pPr>
        <w:rPr>
          <w:rFonts w:cs="Times New Roman"/>
        </w:rPr>
      </w:pPr>
      <w:r w:rsidRPr="00D95DF1">
        <w:rPr>
          <w:rFonts w:cs="Times New Roman"/>
        </w:rPr>
        <w:t>Surname, Initial(s)., Year. Title of the book. Place of publication: Publisher.</w:t>
      </w:r>
    </w:p>
    <w:p w14:paraId="137A7902" w14:textId="77777777" w:rsidR="00D95DF1" w:rsidRPr="00D95DF1" w:rsidRDefault="00D95DF1" w:rsidP="00D95DF1">
      <w:pPr>
        <w:rPr>
          <w:rFonts w:cs="Times New Roman"/>
        </w:rPr>
      </w:pPr>
      <w:r w:rsidRPr="00D95DF1">
        <w:rPr>
          <w:rFonts w:cs="Times New Roman"/>
        </w:rPr>
        <w:t>Example: Deraniyagala, S.U., 1992. The Prehistory of Sri Lanka: An Ecological Perspective. Colombo: Archaeological Survey Department.</w:t>
      </w:r>
    </w:p>
    <w:p w14:paraId="5C810C47" w14:textId="77777777" w:rsidR="00D95DF1" w:rsidRPr="00D95DF1" w:rsidRDefault="00D95DF1" w:rsidP="00D95DF1">
      <w:pPr>
        <w:rPr>
          <w:rFonts w:cs="Times New Roman"/>
          <w:b/>
          <w:bCs/>
          <w:u w:val="single"/>
        </w:rPr>
      </w:pPr>
      <w:r w:rsidRPr="00D95DF1">
        <w:rPr>
          <w:rFonts w:cs="Times New Roman"/>
          <w:b/>
          <w:bCs/>
          <w:u w:val="single"/>
        </w:rPr>
        <w:t>Book chapters</w:t>
      </w:r>
    </w:p>
    <w:p w14:paraId="5DC0F5BB" w14:textId="3EA0B34A" w:rsidR="00D95DF1" w:rsidRPr="00D95DF1" w:rsidRDefault="00D95DF1" w:rsidP="00D95DF1">
      <w:pPr>
        <w:rPr>
          <w:rFonts w:cs="Times New Roman"/>
        </w:rPr>
      </w:pPr>
      <w:r w:rsidRPr="00D95DF1">
        <w:rPr>
          <w:rFonts w:cs="Times New Roman"/>
        </w:rPr>
        <w:t>Surname, Initial(s)., Year. ‘Title of chapter’. In: Initial(s). Surname (ed.), Title of book. Place of publication: Publisher, pp. xx–xx.</w:t>
      </w:r>
    </w:p>
    <w:p w14:paraId="4E9FDD07" w14:textId="4663DFB0" w:rsidR="00D95DF1" w:rsidRPr="00D95DF1" w:rsidRDefault="00D95DF1" w:rsidP="00D95DF1">
      <w:pPr>
        <w:rPr>
          <w:rFonts w:cs="Times New Roman"/>
          <w:b/>
          <w:bCs/>
          <w:u w:val="single"/>
        </w:rPr>
      </w:pPr>
      <w:r w:rsidRPr="00D95DF1">
        <w:rPr>
          <w:rFonts w:cs="Times New Roman"/>
          <w:b/>
          <w:bCs/>
          <w:u w:val="single"/>
        </w:rPr>
        <w:t>Journal articles</w:t>
      </w:r>
    </w:p>
    <w:p w14:paraId="65EF2411" w14:textId="26B586EE" w:rsidR="00D95DF1" w:rsidRPr="00D95DF1" w:rsidRDefault="00D95DF1" w:rsidP="00D95DF1">
      <w:pPr>
        <w:rPr>
          <w:rFonts w:cs="Times New Roman"/>
        </w:rPr>
      </w:pPr>
      <w:r w:rsidRPr="00D95DF1">
        <w:rPr>
          <w:rFonts w:cs="Times New Roman"/>
        </w:rPr>
        <w:t>Surname, Initial(s)., Year. ‘Title of article’. Journal Title, volume(issue), pp. xx–xx.</w:t>
      </w:r>
    </w:p>
    <w:p w14:paraId="224787CE" w14:textId="77E27030" w:rsidR="00D95DF1" w:rsidRPr="00D95DF1" w:rsidRDefault="00D95DF1" w:rsidP="00D95DF1">
      <w:pPr>
        <w:rPr>
          <w:rFonts w:cs="Times New Roman"/>
        </w:rPr>
      </w:pPr>
      <w:r w:rsidRPr="00D95DF1">
        <w:rPr>
          <w:rFonts w:cs="Times New Roman"/>
        </w:rPr>
        <w:t>Example: Rathnayake, R.D.D.P. &amp; Jayasena, H.A.H., 2020. ‘Technical Innovation of Hydraulic Engineers: A Geoenvironmental Appraisal’. [Journal title and publication details to be completed].</w:t>
      </w:r>
    </w:p>
    <w:p w14:paraId="2D31A555" w14:textId="77777777" w:rsidR="00D95DF1" w:rsidRPr="00D95DF1" w:rsidRDefault="00D95DF1" w:rsidP="00D95DF1">
      <w:pPr>
        <w:rPr>
          <w:rFonts w:cs="Times New Roman"/>
          <w:b/>
          <w:bCs/>
          <w:u w:val="single"/>
        </w:rPr>
      </w:pPr>
      <w:r w:rsidRPr="00D95DF1">
        <w:rPr>
          <w:rFonts w:cs="Times New Roman"/>
          <w:b/>
          <w:bCs/>
          <w:u w:val="single"/>
        </w:rPr>
        <w:t>Reports, conference papers and other publications</w:t>
      </w:r>
    </w:p>
    <w:p w14:paraId="64A069E5" w14:textId="358D1870" w:rsidR="00D95DF1" w:rsidRPr="00D95DF1" w:rsidRDefault="00D95DF1" w:rsidP="00D95DF1">
      <w:pPr>
        <w:rPr>
          <w:rFonts w:cs="Times New Roman"/>
        </w:rPr>
      </w:pPr>
      <w:r w:rsidRPr="00D95DF1">
        <w:rPr>
          <w:rFonts w:cs="Times New Roman"/>
        </w:rPr>
        <w:t>Surname, Initial(s)., Year. Title of report or paper. Institution or conference details, place of publication where applicable.</w:t>
      </w:r>
    </w:p>
    <w:p w14:paraId="790B62FC" w14:textId="77777777" w:rsidR="00D95DF1" w:rsidRPr="00D95DF1" w:rsidRDefault="00D95DF1" w:rsidP="00D95DF1">
      <w:pPr>
        <w:rPr>
          <w:rFonts w:cs="Times New Roman"/>
          <w:b/>
          <w:bCs/>
          <w:u w:val="single"/>
        </w:rPr>
      </w:pPr>
      <w:r w:rsidRPr="00D95DF1">
        <w:rPr>
          <w:rFonts w:cs="Times New Roman"/>
          <w:b/>
          <w:bCs/>
          <w:u w:val="single"/>
        </w:rPr>
        <w:t>Online sources</w:t>
      </w:r>
    </w:p>
    <w:p w14:paraId="44E153DC" w14:textId="77777777" w:rsidR="00D95DF1" w:rsidRPr="00D95DF1" w:rsidRDefault="00D95DF1" w:rsidP="00D95DF1">
      <w:pPr>
        <w:rPr>
          <w:rFonts w:cs="Times New Roman"/>
        </w:rPr>
      </w:pPr>
      <w:r w:rsidRPr="00D95DF1">
        <w:rPr>
          <w:rFonts w:cs="Times New Roman"/>
        </w:rPr>
        <w:t>Surname, Initial(s)., Year. Title of document or webpage. Available at: URL [Accessed day month year].</w:t>
      </w:r>
    </w:p>
    <w:p w14:paraId="135AF192" w14:textId="77777777" w:rsidR="00D95DF1" w:rsidRPr="00D95DF1" w:rsidRDefault="00D95DF1" w:rsidP="00D95DF1">
      <w:pPr>
        <w:rPr>
          <w:rFonts w:cs="Times New Roman"/>
        </w:rPr>
      </w:pPr>
      <w:r w:rsidRPr="00D95DF1">
        <w:rPr>
          <w:rFonts w:cs="Times New Roman"/>
        </w:rPr>
        <w:t xml:space="preserve">Example: Siriweera, W.I., n.d. Floods, Droughts and Famines in Pre-Colonial Sri Lanka. Available at: </w:t>
      </w:r>
      <w:hyperlink r:id="rId9" w:history="1">
        <w:r w:rsidRPr="00D95DF1">
          <w:rPr>
            <w:rStyle w:val="Hyperlink"/>
            <w:rFonts w:cs="Times New Roman"/>
          </w:rPr>
          <w:t>http://dlib.pdn.ac.lk/</w:t>
        </w:r>
      </w:hyperlink>
      <w:r w:rsidRPr="00D95DF1">
        <w:rPr>
          <w:rFonts w:cs="Times New Roman"/>
        </w:rPr>
        <w:t xml:space="preserve"> [Accessed 10 January 2022].</w:t>
      </w:r>
    </w:p>
    <w:p w14:paraId="22F22EEE" w14:textId="77777777" w:rsidR="00D95DF1" w:rsidRPr="00D95DF1" w:rsidRDefault="00D95DF1" w:rsidP="00D95DF1">
      <w:pPr>
        <w:rPr>
          <w:rFonts w:cs="Times New Roman"/>
          <w:b/>
          <w:bCs/>
          <w:u w:val="single"/>
        </w:rPr>
      </w:pPr>
      <w:r w:rsidRPr="00D95DF1">
        <w:rPr>
          <w:rFonts w:cs="Times New Roman"/>
          <w:b/>
          <w:bCs/>
          <w:u w:val="single"/>
        </w:rPr>
        <w:t>Epigraphical sources and works in Sinhala</w:t>
      </w:r>
    </w:p>
    <w:p w14:paraId="3FFF1F7A" w14:textId="4BB5BC0B" w:rsidR="00D95DF1" w:rsidRDefault="00D95DF1" w:rsidP="00D95DF1">
      <w:pPr>
        <w:rPr>
          <w:rFonts w:cs="Times New Roman"/>
        </w:rPr>
      </w:pPr>
      <w:r w:rsidRPr="00D95DF1">
        <w:rPr>
          <w:rFonts w:cs="Times New Roman"/>
        </w:rPr>
        <w:t>Provide the author or editor, year of publication, title in the original language or an accepted transliteration, and the available publication details, such as the publisher, institution, journal, or volume. Maintain a consistent format throughout the reference list.</w:t>
      </w:r>
    </w:p>
    <w:p w14:paraId="170D450C" w14:textId="77777777" w:rsidR="00F24CE9" w:rsidRDefault="00F24CE9" w:rsidP="00D95DF1">
      <w:pPr>
        <w:rPr>
          <w:rFonts w:cs="Times New Roman"/>
        </w:rPr>
      </w:pPr>
    </w:p>
    <w:p w14:paraId="0D849A77" w14:textId="2F9FBCE3" w:rsidR="00F24CE9" w:rsidRPr="00D95DF1" w:rsidRDefault="00F24CE9" w:rsidP="00F24CE9">
      <w:pPr>
        <w:rPr>
          <w:rFonts w:cs="Times New Roman"/>
        </w:rPr>
      </w:pPr>
      <w:r w:rsidRPr="00F24CE9">
        <w:rPr>
          <w:rFonts w:cs="Times New Roman"/>
          <w:b/>
          <w:bCs/>
          <w:u w:val="single"/>
        </w:rPr>
        <w:t>Digital Object Identifier (DOI):</w:t>
      </w:r>
      <w:r w:rsidRPr="00F24CE9">
        <w:rPr>
          <w:rFonts w:cs="Times New Roman"/>
        </w:rPr>
        <w:t xml:space="preserve"> Where available, include the DOI of the cited publication at the end of the reference, presented as a URL (e.g., https://doi.org/10.xxxx/xxxxx). Authors should verify that the DOI corresponds to the cited publication. </w:t>
      </w:r>
    </w:p>
    <w:p w14:paraId="39675BF2" w14:textId="77777777" w:rsidR="00D95DF1" w:rsidRPr="00D95DF1" w:rsidRDefault="00D95DF1" w:rsidP="00D95DF1">
      <w:pPr>
        <w:rPr>
          <w:rFonts w:cs="Times New Roman"/>
          <w:b/>
          <w:bCs/>
          <w:u w:val="single"/>
        </w:rPr>
      </w:pPr>
      <w:r w:rsidRPr="00D95DF1">
        <w:rPr>
          <w:rFonts w:cs="Times New Roman"/>
          <w:b/>
          <w:bCs/>
          <w:u w:val="single"/>
        </w:rPr>
        <w:t>General requirements</w:t>
      </w:r>
    </w:p>
    <w:p w14:paraId="4D3F1779" w14:textId="77777777" w:rsidR="00D95DF1" w:rsidRPr="00D95DF1" w:rsidRDefault="00D95DF1" w:rsidP="00D95DF1">
      <w:pPr>
        <w:numPr>
          <w:ilvl w:val="0"/>
          <w:numId w:val="10"/>
        </w:numPr>
        <w:rPr>
          <w:rFonts w:cs="Times New Roman"/>
        </w:rPr>
      </w:pPr>
      <w:r w:rsidRPr="00D95DF1">
        <w:rPr>
          <w:rFonts w:cs="Times New Roman"/>
        </w:rPr>
        <w:t>Cite all sources used in the manuscript in the text and include their full details in the reference list.</w:t>
      </w:r>
    </w:p>
    <w:p w14:paraId="08745E84" w14:textId="77777777" w:rsidR="00D95DF1" w:rsidRPr="00D95DF1" w:rsidRDefault="00D95DF1" w:rsidP="00D95DF1">
      <w:pPr>
        <w:numPr>
          <w:ilvl w:val="0"/>
          <w:numId w:val="10"/>
        </w:numPr>
        <w:rPr>
          <w:rFonts w:cs="Times New Roman"/>
        </w:rPr>
      </w:pPr>
      <w:r w:rsidRPr="00D95DF1">
        <w:rPr>
          <w:rFonts w:cs="Times New Roman"/>
        </w:rPr>
        <w:t>Arrange references alphabetically by the first author's surname. List multiple works by the same author chronologically.</w:t>
      </w:r>
    </w:p>
    <w:p w14:paraId="735AB475" w14:textId="77777777" w:rsidR="00D95DF1" w:rsidRPr="00D95DF1" w:rsidRDefault="00D95DF1" w:rsidP="00D95DF1">
      <w:pPr>
        <w:numPr>
          <w:ilvl w:val="0"/>
          <w:numId w:val="10"/>
        </w:numPr>
        <w:rPr>
          <w:rFonts w:cs="Times New Roman"/>
        </w:rPr>
      </w:pPr>
      <w:r w:rsidRPr="00D95DF1">
        <w:rPr>
          <w:rFonts w:cs="Times New Roman"/>
        </w:rPr>
        <w:lastRenderedPageBreak/>
        <w:t>Use a consistent format for author names, publication years, titles, volume and issue numbers, page ranges, publishers, and URLs.</w:t>
      </w:r>
    </w:p>
    <w:p w14:paraId="79C9E9C8" w14:textId="77777777" w:rsidR="00D95DF1" w:rsidRPr="00D95DF1" w:rsidRDefault="00D95DF1" w:rsidP="00D95DF1">
      <w:pPr>
        <w:numPr>
          <w:ilvl w:val="0"/>
          <w:numId w:val="10"/>
        </w:numPr>
        <w:rPr>
          <w:rFonts w:cs="Times New Roman"/>
        </w:rPr>
      </w:pPr>
      <w:r w:rsidRPr="00D95DF1">
        <w:rPr>
          <w:rFonts w:cs="Times New Roman"/>
        </w:rPr>
        <w:t>Include access dates for online sources where applicable.</w:t>
      </w:r>
    </w:p>
    <w:p w14:paraId="521A9278" w14:textId="77777777" w:rsidR="00D95DF1" w:rsidRPr="00D95DF1" w:rsidRDefault="00D95DF1" w:rsidP="00D95DF1">
      <w:pPr>
        <w:numPr>
          <w:ilvl w:val="0"/>
          <w:numId w:val="10"/>
        </w:numPr>
        <w:rPr>
          <w:rFonts w:cs="Times New Roman"/>
        </w:rPr>
      </w:pPr>
      <w:r w:rsidRPr="00D95DF1">
        <w:rPr>
          <w:rFonts w:cs="Times New Roman"/>
        </w:rPr>
        <w:t>Cite the original source of reproduced figures, tables, maps, photographs, and drawings, and obtain permission where required.</w:t>
      </w:r>
    </w:p>
    <w:p w14:paraId="6071E653" w14:textId="77777777" w:rsidR="00D95DF1" w:rsidRPr="00D95DF1" w:rsidRDefault="00D95DF1" w:rsidP="00D95DF1">
      <w:pPr>
        <w:numPr>
          <w:ilvl w:val="0"/>
          <w:numId w:val="10"/>
        </w:numPr>
        <w:rPr>
          <w:rFonts w:cs="Times New Roman"/>
        </w:rPr>
      </w:pPr>
      <w:r w:rsidRPr="00D95DF1">
        <w:rPr>
          <w:rFonts w:cs="Times New Roman"/>
        </w:rPr>
        <w:t>Verify the accuracy and completeness of all bibliographic information before submission.</w:t>
      </w:r>
    </w:p>
    <w:p w14:paraId="713E0661" w14:textId="77777777" w:rsidR="00D95DF1" w:rsidRPr="002544DB" w:rsidRDefault="00D95DF1">
      <w:pPr>
        <w:rPr>
          <w:rFonts w:cs="Times New Roman"/>
        </w:rPr>
      </w:pPr>
    </w:p>
    <w:p w14:paraId="2D3A0BD5" w14:textId="1945B283" w:rsidR="007C6B78" w:rsidRPr="002544DB" w:rsidRDefault="00D95DF1">
      <w:pPr>
        <w:pStyle w:val="Heading1"/>
        <w:rPr>
          <w:rFonts w:ascii="Times New Roman" w:hAnsi="Times New Roman" w:cs="Times New Roman"/>
        </w:rPr>
      </w:pPr>
      <w:r>
        <w:rPr>
          <w:rFonts w:ascii="Times New Roman" w:hAnsi="Times New Roman" w:cs="Times New Roman"/>
        </w:rPr>
        <w:t>7</w:t>
      </w:r>
      <w:r w:rsidRPr="002544DB">
        <w:rPr>
          <w:rFonts w:ascii="Times New Roman" w:hAnsi="Times New Roman" w:cs="Times New Roman"/>
        </w:rPr>
        <w:t>. Editorial Assessment, Peer Review, and Publication</w:t>
      </w:r>
    </w:p>
    <w:p w14:paraId="26E4C2CC" w14:textId="77777777" w:rsidR="007C6B78" w:rsidRPr="002544DB" w:rsidRDefault="00000000">
      <w:pPr>
        <w:rPr>
          <w:rFonts w:cs="Times New Roman"/>
        </w:rPr>
      </w:pPr>
      <w:r w:rsidRPr="002544DB">
        <w:rPr>
          <w:rFonts w:cs="Times New Roman"/>
        </w:rPr>
        <w:t>Submissions are subject to editorial assessment and the journal's peer-review process. Publication decisions are based on scholarly quality, originality, relevance, suitability for the journal, and the outcome of peer review. Submission does not guarantee acceptance or publication.</w:t>
      </w:r>
    </w:p>
    <w:p w14:paraId="3111CC79" w14:textId="77777777" w:rsidR="007C6B78" w:rsidRPr="002544DB" w:rsidRDefault="00000000">
      <w:pPr>
        <w:rPr>
          <w:rFonts w:cs="Times New Roman"/>
        </w:rPr>
      </w:pPr>
      <w:r w:rsidRPr="002544DB">
        <w:rPr>
          <w:rFonts w:cs="Times New Roman"/>
        </w:rPr>
        <w:t>The Editor-in-Chief will communicate with the corresponding author about the progress of the manuscript. Where revisions are requested, authors should address the editor's and reviewers' comments and resubmit within the timeframe provided. Following acceptance and completion of the double-blind review process, proofs will be sent to the corresponding author for checking and should be returned promptly.</w:t>
      </w:r>
    </w:p>
    <w:p w14:paraId="12DE18EC" w14:textId="5DF9308D" w:rsidR="007C6B78" w:rsidRPr="002544DB" w:rsidRDefault="00D95DF1">
      <w:pPr>
        <w:pStyle w:val="Heading1"/>
        <w:rPr>
          <w:rFonts w:ascii="Times New Roman" w:hAnsi="Times New Roman" w:cs="Times New Roman"/>
        </w:rPr>
      </w:pPr>
      <w:r>
        <w:rPr>
          <w:rFonts w:ascii="Times New Roman" w:hAnsi="Times New Roman" w:cs="Times New Roman"/>
        </w:rPr>
        <w:t>8</w:t>
      </w:r>
      <w:r w:rsidRPr="002544DB">
        <w:rPr>
          <w:rFonts w:ascii="Times New Roman" w:hAnsi="Times New Roman" w:cs="Times New Roman"/>
        </w:rPr>
        <w:t>. Submission Checklist</w:t>
      </w:r>
    </w:p>
    <w:p w14:paraId="6D6EDCD7" w14:textId="77777777" w:rsidR="007C6B78" w:rsidRPr="002544DB" w:rsidRDefault="00000000">
      <w:pPr>
        <w:pStyle w:val="ListBullet"/>
        <w:rPr>
          <w:rFonts w:cs="Times New Roman"/>
        </w:rPr>
      </w:pPr>
      <w:r w:rsidRPr="002544DB">
        <w:rPr>
          <w:rFonts w:cs="Times New Roman"/>
        </w:rPr>
        <w:t>The manuscript falls within the scope of JAHS.</w:t>
      </w:r>
    </w:p>
    <w:p w14:paraId="511B0C68" w14:textId="77777777" w:rsidR="007C6B78" w:rsidRPr="002544DB" w:rsidRDefault="00000000">
      <w:pPr>
        <w:pStyle w:val="ListBullet"/>
        <w:rPr>
          <w:rFonts w:cs="Times New Roman"/>
        </w:rPr>
      </w:pPr>
      <w:r w:rsidRPr="002544DB">
        <w:rPr>
          <w:rFonts w:cs="Times New Roman"/>
        </w:rPr>
        <w:t>The manuscript does not exceed 12,000 words, including references.</w:t>
      </w:r>
    </w:p>
    <w:p w14:paraId="15B7C5A1" w14:textId="77777777" w:rsidR="007C6B78" w:rsidRPr="002544DB" w:rsidRDefault="00000000">
      <w:pPr>
        <w:pStyle w:val="ListBullet"/>
        <w:rPr>
          <w:rFonts w:cs="Times New Roman"/>
        </w:rPr>
      </w:pPr>
      <w:r w:rsidRPr="002544DB">
        <w:rPr>
          <w:rFonts w:cs="Times New Roman"/>
        </w:rPr>
        <w:t>The abstract contains 250–300 words and is presented in one paragraph.</w:t>
      </w:r>
    </w:p>
    <w:p w14:paraId="46256EC8" w14:textId="01B66BF5" w:rsidR="007C6B78" w:rsidRPr="002544DB" w:rsidRDefault="00000000">
      <w:pPr>
        <w:pStyle w:val="ListBullet"/>
        <w:rPr>
          <w:rFonts w:cs="Times New Roman"/>
        </w:rPr>
      </w:pPr>
      <w:r w:rsidRPr="002544DB">
        <w:rPr>
          <w:rFonts w:cs="Times New Roman"/>
        </w:rPr>
        <w:t>Four keywords are included.</w:t>
      </w:r>
    </w:p>
    <w:p w14:paraId="2517B876" w14:textId="77777777" w:rsidR="007C6B78" w:rsidRPr="002544DB" w:rsidRDefault="00000000">
      <w:pPr>
        <w:pStyle w:val="ListBullet"/>
        <w:rPr>
          <w:rFonts w:cs="Times New Roman"/>
        </w:rPr>
      </w:pPr>
      <w:r w:rsidRPr="002544DB">
        <w:rPr>
          <w:rFonts w:cs="Times New Roman"/>
        </w:rPr>
        <w:t>Author details and the corresponding author are clearly identified.</w:t>
      </w:r>
    </w:p>
    <w:p w14:paraId="1A0C5D7D" w14:textId="77777777" w:rsidR="007C6B78" w:rsidRPr="002544DB" w:rsidRDefault="00000000">
      <w:pPr>
        <w:pStyle w:val="ListBullet"/>
        <w:rPr>
          <w:rFonts w:cs="Times New Roman"/>
        </w:rPr>
      </w:pPr>
      <w:r w:rsidRPr="002544DB">
        <w:rPr>
          <w:rFonts w:cs="Times New Roman"/>
        </w:rPr>
        <w:t>Form No. 01 is attached separately.</w:t>
      </w:r>
    </w:p>
    <w:p w14:paraId="676B36FC" w14:textId="77777777" w:rsidR="007C6B78" w:rsidRPr="002544DB" w:rsidRDefault="00000000">
      <w:pPr>
        <w:pStyle w:val="ListBullet"/>
        <w:rPr>
          <w:rFonts w:cs="Times New Roman"/>
        </w:rPr>
      </w:pPr>
      <w:r w:rsidRPr="002544DB">
        <w:rPr>
          <w:rFonts w:cs="Times New Roman"/>
        </w:rPr>
        <w:t>References follow Harvard style and citations match the reference list.</w:t>
      </w:r>
    </w:p>
    <w:p w14:paraId="172952B1" w14:textId="77777777" w:rsidR="007C6B78" w:rsidRPr="002544DB" w:rsidRDefault="00000000">
      <w:pPr>
        <w:pStyle w:val="ListBullet"/>
        <w:rPr>
          <w:rFonts w:cs="Times New Roman"/>
        </w:rPr>
      </w:pPr>
      <w:r w:rsidRPr="002544DB">
        <w:rPr>
          <w:rFonts w:cs="Times New Roman"/>
        </w:rPr>
        <w:t>Figures and tables are numbered, captioned, cited in the text, and supplied at the required quality.</w:t>
      </w:r>
    </w:p>
    <w:p w14:paraId="27560E6B" w14:textId="77777777" w:rsidR="007C6B78" w:rsidRPr="002544DB" w:rsidRDefault="00000000">
      <w:pPr>
        <w:pStyle w:val="ListBullet"/>
        <w:rPr>
          <w:rFonts w:cs="Times New Roman"/>
        </w:rPr>
      </w:pPr>
      <w:r w:rsidRPr="002544DB">
        <w:rPr>
          <w:rFonts w:cs="Times New Roman"/>
        </w:rPr>
        <w:t>English-language title, author details, abstract, and keywords are included for Sinhala manuscripts.</w:t>
      </w:r>
    </w:p>
    <w:p w14:paraId="2B73E89A" w14:textId="155AF87C" w:rsidR="007C6B78" w:rsidRPr="002544DB" w:rsidRDefault="00D95DF1">
      <w:pPr>
        <w:pStyle w:val="Heading1"/>
        <w:rPr>
          <w:rFonts w:ascii="Times New Roman" w:hAnsi="Times New Roman" w:cs="Times New Roman"/>
        </w:rPr>
      </w:pPr>
      <w:r>
        <w:rPr>
          <w:rFonts w:ascii="Times New Roman" w:hAnsi="Times New Roman" w:cs="Times New Roman"/>
        </w:rPr>
        <w:t>9</w:t>
      </w:r>
      <w:r w:rsidRPr="002544DB">
        <w:rPr>
          <w:rFonts w:ascii="Times New Roman" w:hAnsi="Times New Roman" w:cs="Times New Roman"/>
        </w:rPr>
        <w:t>. Contact and Journal Website</w:t>
      </w:r>
    </w:p>
    <w:p w14:paraId="18AF2B99" w14:textId="77777777" w:rsidR="007C6B78" w:rsidRPr="002544DB" w:rsidRDefault="00000000">
      <w:pPr>
        <w:rPr>
          <w:rFonts w:cs="Times New Roman"/>
        </w:rPr>
      </w:pPr>
      <w:r w:rsidRPr="002544DB">
        <w:rPr>
          <w:rFonts w:cs="Times New Roman"/>
        </w:rPr>
        <w:t>Editor-in-Chief</w:t>
      </w:r>
      <w:r w:rsidRPr="002544DB">
        <w:rPr>
          <w:rFonts w:cs="Times New Roman"/>
        </w:rPr>
        <w:br/>
        <w:t>The Journal of Archaeology &amp; Heritage Studies (JAHS)</w:t>
      </w:r>
      <w:r w:rsidRPr="002544DB">
        <w:rPr>
          <w:rFonts w:cs="Times New Roman"/>
        </w:rPr>
        <w:br/>
        <w:t>Department of Archaeology and Heritage Management</w:t>
      </w:r>
      <w:r w:rsidRPr="002544DB">
        <w:rPr>
          <w:rFonts w:cs="Times New Roman"/>
        </w:rPr>
        <w:br/>
        <w:t>Faculty of Social Sciences and Humanities</w:t>
      </w:r>
      <w:r w:rsidRPr="002544DB">
        <w:rPr>
          <w:rFonts w:cs="Times New Roman"/>
        </w:rPr>
        <w:br/>
        <w:t>Rajarata University of Sri Lanka, Mihintale, Sri Lanka</w:t>
      </w:r>
    </w:p>
    <w:p w14:paraId="13284348" w14:textId="77777777" w:rsidR="007C6B78" w:rsidRPr="002544DB" w:rsidRDefault="00000000">
      <w:pPr>
        <w:rPr>
          <w:rFonts w:cs="Times New Roman"/>
        </w:rPr>
      </w:pPr>
      <w:r w:rsidRPr="002544DB">
        <w:rPr>
          <w:rFonts w:cs="Times New Roman"/>
        </w:rPr>
        <w:t>Email: jahs@ssh.rjt.ac.lk | Telephone: +94 25 226 6618</w:t>
      </w:r>
    </w:p>
    <w:p w14:paraId="0AA9EB90" w14:textId="4F9D3E74" w:rsidR="007C6B78" w:rsidRDefault="00000000">
      <w:pPr>
        <w:rPr>
          <w:rFonts w:cs="Iskoola Pota"/>
          <w:lang w:bidi="si-LK"/>
        </w:rPr>
      </w:pPr>
      <w:r w:rsidRPr="002544DB">
        <w:rPr>
          <w:rFonts w:cs="Times New Roman"/>
        </w:rPr>
        <w:t xml:space="preserve">Journal website: </w:t>
      </w:r>
      <w:hyperlink r:id="rId10" w:history="1">
        <w:r w:rsidR="00E60719" w:rsidRPr="00020E49">
          <w:rPr>
            <w:rStyle w:val="Hyperlink"/>
            <w:rFonts w:cs="Times New Roman"/>
          </w:rPr>
          <w:t>https://fssh.rjt.ac.lk/index.php/jahs-about/</w:t>
        </w:r>
      </w:hyperlink>
    </w:p>
    <w:p w14:paraId="54EFBDA7" w14:textId="77777777" w:rsidR="00E60719" w:rsidRDefault="00E60719">
      <w:pPr>
        <w:rPr>
          <w:rFonts w:cs="Iskoola Pota"/>
          <w:lang w:bidi="si-LK"/>
        </w:rPr>
      </w:pPr>
    </w:p>
    <w:p w14:paraId="4CCCB01F" w14:textId="77777777" w:rsidR="00E60719" w:rsidRDefault="00E60719">
      <w:pPr>
        <w:rPr>
          <w:rFonts w:cs="Iskoola Pota"/>
          <w:lang w:bidi="si-LK"/>
        </w:rPr>
      </w:pPr>
    </w:p>
    <w:p w14:paraId="46FCC6D0" w14:textId="77777777" w:rsidR="00E60719" w:rsidRDefault="00E60719">
      <w:pPr>
        <w:rPr>
          <w:rFonts w:cs="Iskoola Pota"/>
          <w:lang w:bidi="si-LK"/>
        </w:rPr>
      </w:pPr>
    </w:p>
    <w:p w14:paraId="158C3E77" w14:textId="77777777" w:rsidR="00E60719" w:rsidRDefault="00E60719">
      <w:pPr>
        <w:rPr>
          <w:rFonts w:cs="Iskoola Pota"/>
          <w:lang w:bidi="si-LK"/>
        </w:rPr>
      </w:pPr>
    </w:p>
    <w:p w14:paraId="379C4189" w14:textId="77777777" w:rsidR="00E60719" w:rsidRDefault="00E60719">
      <w:pPr>
        <w:rPr>
          <w:rFonts w:cs="Iskoola Pota"/>
          <w:lang w:bidi="si-LK"/>
        </w:rPr>
      </w:pPr>
    </w:p>
    <w:p w14:paraId="6C8AB88B" w14:textId="77777777" w:rsidR="00E60719" w:rsidRDefault="00E60719">
      <w:pPr>
        <w:rPr>
          <w:rFonts w:cs="Iskoola Pota"/>
          <w:lang w:bidi="si-LK"/>
        </w:rPr>
      </w:pPr>
    </w:p>
    <w:p w14:paraId="4F082143" w14:textId="77777777" w:rsidR="00E60719" w:rsidRDefault="00E60719" w:rsidP="00E60719">
      <w:pPr>
        <w:spacing w:after="0" w:line="240" w:lineRule="auto"/>
        <w:ind w:left="1440" w:hanging="1440"/>
        <w:rPr>
          <w:rFonts w:eastAsia="Calibri" w:cs="Times New Roman"/>
          <w:b/>
          <w:bCs/>
          <w:sz w:val="24"/>
          <w:szCs w:val="24"/>
          <w:lang w:bidi="ta-IN"/>
        </w:rPr>
      </w:pPr>
      <w:r w:rsidRPr="005F288A">
        <w:rPr>
          <w:rFonts w:eastAsia="Calibri" w:cs="Times New Roman"/>
          <w:b/>
          <w:bCs/>
          <w:sz w:val="24"/>
          <w:szCs w:val="24"/>
          <w:lang w:bidi="ta-IN"/>
        </w:rPr>
        <w:lastRenderedPageBreak/>
        <w:t>Form No. 01</w:t>
      </w:r>
    </w:p>
    <w:p w14:paraId="05F0DAE4" w14:textId="77777777" w:rsidR="00E60719" w:rsidRDefault="00E60719" w:rsidP="00E60719">
      <w:pPr>
        <w:spacing w:after="0" w:line="240" w:lineRule="auto"/>
        <w:ind w:left="1440" w:hanging="1440"/>
        <w:rPr>
          <w:rFonts w:eastAsia="Calibri" w:cs="Times New Roman"/>
          <w:b/>
          <w:bCs/>
          <w:sz w:val="24"/>
          <w:szCs w:val="24"/>
          <w:lang w:bidi="ta-IN"/>
        </w:rPr>
      </w:pPr>
    </w:p>
    <w:p w14:paraId="0409FE40" w14:textId="77777777" w:rsidR="00E60719" w:rsidRPr="00BC7C54" w:rsidRDefault="00E60719" w:rsidP="00E60719">
      <w:pPr>
        <w:spacing w:after="0" w:line="360" w:lineRule="auto"/>
        <w:rPr>
          <w:rFonts w:ascii="Garamond" w:hAnsi="Garamond" w:cs="Times New Roman"/>
          <w:sz w:val="24"/>
          <w:szCs w:val="24"/>
        </w:rPr>
      </w:pPr>
      <w:r w:rsidRPr="00BC7C54">
        <w:rPr>
          <w:rFonts w:ascii="Garamond" w:hAnsi="Garamond" w:cs="Times New Roman"/>
          <w:sz w:val="24"/>
          <w:szCs w:val="24"/>
        </w:rPr>
        <w:t>Article No</w:t>
      </w:r>
      <w:r>
        <w:rPr>
          <w:rFonts w:ascii="Garamond" w:hAnsi="Garamond" w:cs="Times New Roman"/>
        </w:rPr>
        <w:t xml:space="preserve">…………………………… </w:t>
      </w:r>
      <w:r w:rsidRPr="00BC7C54">
        <w:rPr>
          <w:rFonts w:ascii="Garamond" w:hAnsi="Garamond" w:cs="Times New Roman"/>
          <w:sz w:val="24"/>
          <w:szCs w:val="24"/>
        </w:rPr>
        <w:t>(Only for official use) The journal forwards this number to the author(s), and it is essential to mention it in all correspondence with the journal.</w:t>
      </w:r>
    </w:p>
    <w:p w14:paraId="0E6B912E" w14:textId="77777777" w:rsidR="00E60719" w:rsidRPr="00BC7C54" w:rsidRDefault="00E60719" w:rsidP="00E60719">
      <w:pPr>
        <w:spacing w:after="0" w:line="360" w:lineRule="auto"/>
        <w:rPr>
          <w:rFonts w:ascii="Garamond" w:hAnsi="Garamond" w:cs="Times New Roman"/>
          <w:sz w:val="24"/>
          <w:szCs w:val="24"/>
        </w:rPr>
      </w:pPr>
    </w:p>
    <w:p w14:paraId="4FAD4077" w14:textId="77777777" w:rsidR="00E60719" w:rsidRDefault="00E60719" w:rsidP="00E60719">
      <w:pPr>
        <w:spacing w:after="0" w:line="360" w:lineRule="auto"/>
        <w:rPr>
          <w:rFonts w:ascii="Garamond" w:hAnsi="Garamond" w:cs="Times New Roman"/>
        </w:rPr>
      </w:pPr>
      <w:r w:rsidRPr="00BC7C54">
        <w:rPr>
          <w:rFonts w:ascii="Garamond" w:hAnsi="Garamond" w:cs="Times New Roman"/>
          <w:sz w:val="24"/>
          <w:szCs w:val="24"/>
        </w:rPr>
        <w:t>Title of the Article</w:t>
      </w:r>
      <w:r>
        <w:rPr>
          <w:rFonts w:ascii="Garamond" w:hAnsi="Garamond" w:cs="Times New Roman"/>
        </w:rPr>
        <w:t xml:space="preserve"> ……………………………………………………………………………………….. …………………………………………………………………………………………………….….…… ………………………………………………………………………………………………………..……</w:t>
      </w:r>
    </w:p>
    <w:p w14:paraId="448EFC42" w14:textId="77777777" w:rsidR="00E60719" w:rsidRDefault="00E60719" w:rsidP="00E60719">
      <w:pPr>
        <w:spacing w:after="0" w:line="360" w:lineRule="auto"/>
        <w:rPr>
          <w:rFonts w:ascii="Garamond" w:hAnsi="Garamond" w:cs="Times New Roman"/>
        </w:rPr>
      </w:pPr>
    </w:p>
    <w:p w14:paraId="3C704073" w14:textId="77777777" w:rsidR="00E60719" w:rsidRPr="00BC7C54" w:rsidRDefault="00E60719" w:rsidP="00E60719">
      <w:pPr>
        <w:spacing w:after="0" w:line="360" w:lineRule="auto"/>
        <w:rPr>
          <w:rFonts w:ascii="Garamond" w:hAnsi="Garamond" w:cs="Times New Roman"/>
          <w:sz w:val="24"/>
          <w:szCs w:val="24"/>
        </w:rPr>
      </w:pPr>
      <w:r w:rsidRPr="00BC7C54">
        <w:rPr>
          <w:rFonts w:ascii="Garamond" w:hAnsi="Garamond" w:cs="Times New Roman"/>
          <w:sz w:val="24"/>
          <w:szCs w:val="24"/>
        </w:rPr>
        <w:t xml:space="preserve">Author Name, Affiliation, e-mail, and Contact details </w:t>
      </w:r>
      <w:r w:rsidRPr="00BC7C54">
        <w:rPr>
          <w:rFonts w:ascii="Garamond" w:hAnsi="Garamond" w:cs="Iskoola Pota"/>
          <w:sz w:val="24"/>
          <w:szCs w:val="24"/>
        </w:rPr>
        <w:t>(</w:t>
      </w:r>
      <w:r w:rsidRPr="00BC7C54">
        <w:rPr>
          <w:rFonts w:ascii="Garamond" w:hAnsi="Garamond" w:cs="Times New Roman"/>
          <w:sz w:val="24"/>
          <w:szCs w:val="24"/>
        </w:rPr>
        <w:t xml:space="preserve">Submit this information for all authors). </w:t>
      </w:r>
    </w:p>
    <w:p w14:paraId="396558C4" w14:textId="77777777" w:rsidR="00E60719" w:rsidRDefault="00E60719" w:rsidP="00E60719">
      <w:pPr>
        <w:spacing w:after="0" w:line="360" w:lineRule="auto"/>
        <w:rPr>
          <w:rFonts w:ascii="Garamond" w:hAnsi="Garamond" w:cs="Times New Roman"/>
        </w:rPr>
      </w:pPr>
    </w:p>
    <w:p w14:paraId="000B1AA5" w14:textId="77777777" w:rsidR="00E60719" w:rsidRPr="00BC7C54" w:rsidRDefault="00E60719" w:rsidP="00E60719">
      <w:pPr>
        <w:numPr>
          <w:ilvl w:val="0"/>
          <w:numId w:val="11"/>
        </w:numPr>
        <w:spacing w:after="200" w:line="360" w:lineRule="auto"/>
        <w:rPr>
          <w:rFonts w:ascii="Garamond" w:hAnsi="Garamond" w:cs="Iskoola Pota"/>
        </w:rPr>
      </w:pPr>
      <w:r>
        <w:rPr>
          <w:rFonts w:ascii="Garamond" w:hAnsi="Garamond" w:cs="Times New Roman"/>
        </w:rPr>
        <w:t>………………………………………………………………………………………………………. ………………………………………………………………………………………………………. ……………………………………………………………………………………………………….</w:t>
      </w:r>
    </w:p>
    <w:p w14:paraId="4509CB56" w14:textId="77777777" w:rsidR="00E60719" w:rsidRPr="00BC7C54" w:rsidRDefault="00E60719" w:rsidP="00E60719">
      <w:pPr>
        <w:numPr>
          <w:ilvl w:val="0"/>
          <w:numId w:val="11"/>
        </w:numPr>
        <w:spacing w:after="200" w:line="360" w:lineRule="auto"/>
        <w:rPr>
          <w:rFonts w:ascii="Garamond" w:hAnsi="Garamond" w:cs="Iskoola Pota"/>
        </w:rPr>
      </w:pPr>
      <w:r>
        <w:rPr>
          <w:rFonts w:ascii="Garamond" w:hAnsi="Garamond" w:cs="Times New Roman"/>
        </w:rPr>
        <w:t>………………………………………………………………………………………………………. ………………………………………………………………………………………………………. ……………………………………………………………………………………………………….</w:t>
      </w:r>
    </w:p>
    <w:p w14:paraId="23CA8035" w14:textId="77777777" w:rsidR="00E60719" w:rsidRPr="00BC7C54" w:rsidRDefault="00E60719" w:rsidP="00E60719">
      <w:pPr>
        <w:numPr>
          <w:ilvl w:val="0"/>
          <w:numId w:val="11"/>
        </w:numPr>
        <w:spacing w:after="0" w:line="360" w:lineRule="auto"/>
        <w:rPr>
          <w:rFonts w:ascii="Garamond" w:hAnsi="Garamond" w:cs="Iskoola Pota"/>
        </w:rPr>
      </w:pPr>
      <w:r>
        <w:rPr>
          <w:rFonts w:ascii="Garamond" w:hAnsi="Garamond" w:cs="Times New Roman"/>
        </w:rPr>
        <w:t>………………………………………………………………………………………………………. ………………………………………………………………………………………………………. ……………………………………………………………………………………………………….</w:t>
      </w:r>
    </w:p>
    <w:p w14:paraId="2AA529D4" w14:textId="77777777" w:rsidR="00E60719" w:rsidRDefault="00E60719" w:rsidP="00E60719">
      <w:pPr>
        <w:spacing w:after="0" w:line="360" w:lineRule="auto"/>
        <w:rPr>
          <w:rFonts w:ascii="Garamond" w:hAnsi="Garamond" w:cs="Iskoola Pota"/>
        </w:rPr>
      </w:pPr>
    </w:p>
    <w:p w14:paraId="1D4262D0" w14:textId="77777777" w:rsidR="00E60719" w:rsidRDefault="00E60719" w:rsidP="00E60719">
      <w:pPr>
        <w:spacing w:after="0" w:line="360" w:lineRule="auto"/>
        <w:rPr>
          <w:rFonts w:ascii="Garamond" w:hAnsi="Garamond" w:cs="Iskoola Pota"/>
        </w:rPr>
      </w:pPr>
    </w:p>
    <w:p w14:paraId="16D59344" w14:textId="77777777" w:rsidR="00E60719" w:rsidRPr="00BC7C54" w:rsidRDefault="00E60719" w:rsidP="00E60719">
      <w:pPr>
        <w:spacing w:after="0" w:line="360" w:lineRule="auto"/>
        <w:rPr>
          <w:rFonts w:ascii="Garamond" w:hAnsi="Garamond" w:cs="Iskoola Pota"/>
          <w:sz w:val="24"/>
          <w:szCs w:val="24"/>
        </w:rPr>
      </w:pPr>
      <w:r w:rsidRPr="00BC7C54">
        <w:rPr>
          <w:rFonts w:ascii="Garamond" w:hAnsi="Garamond" w:cs="Iskoola Pota"/>
          <w:sz w:val="24"/>
          <w:szCs w:val="24"/>
        </w:rPr>
        <w:t>I certify that this article, in whole or in part, has not been published before, has not been forwarded to any other institution for publication, and that all authors have agreed to publish this article in the JAHS.</w:t>
      </w:r>
      <w:r>
        <w:rPr>
          <w:rFonts w:ascii="Garamond" w:hAnsi="Garamond" w:cs="Iskoola Pota"/>
          <w:sz w:val="24"/>
          <w:szCs w:val="24"/>
        </w:rPr>
        <w:t xml:space="preserve"> </w:t>
      </w:r>
      <w:r w:rsidRPr="00A679DA">
        <w:rPr>
          <w:rFonts w:ascii="Garamond" w:hAnsi="Garamond" w:cs="Iskoola Pota"/>
          <w:sz w:val="24"/>
          <w:szCs w:val="24"/>
        </w:rPr>
        <w:t>Furthermore, the written permission for the data use of the relevant entities has been obtained in the preparation of this article and they may be presented at any time.</w:t>
      </w:r>
      <w:r>
        <w:rPr>
          <w:rFonts w:ascii="Garamond" w:hAnsi="Garamond" w:cs="Iskoola Pota"/>
          <w:sz w:val="24"/>
          <w:szCs w:val="24"/>
        </w:rPr>
        <w:t xml:space="preserve"> </w:t>
      </w:r>
    </w:p>
    <w:p w14:paraId="1A7F590B" w14:textId="77777777" w:rsidR="00E60719" w:rsidRDefault="00E60719" w:rsidP="00E60719">
      <w:pPr>
        <w:spacing w:after="0" w:line="360" w:lineRule="auto"/>
        <w:rPr>
          <w:rFonts w:ascii="Garamond" w:hAnsi="Garamond" w:cs="Iskoola Pota"/>
        </w:rPr>
      </w:pPr>
    </w:p>
    <w:p w14:paraId="2287BD76" w14:textId="77777777" w:rsidR="00E60719" w:rsidRDefault="00E60719" w:rsidP="00E60719">
      <w:pPr>
        <w:spacing w:after="0" w:line="360" w:lineRule="auto"/>
        <w:rPr>
          <w:rFonts w:ascii="Garamond" w:hAnsi="Garamond" w:cs="Iskoola Pota"/>
        </w:rPr>
      </w:pPr>
    </w:p>
    <w:p w14:paraId="4C7C0FC3" w14:textId="77777777" w:rsidR="00E60719" w:rsidRDefault="00E60719" w:rsidP="00E60719">
      <w:pPr>
        <w:spacing w:after="0" w:line="360" w:lineRule="auto"/>
        <w:rPr>
          <w:rFonts w:ascii="Garamond" w:hAnsi="Garamond" w:cs="Iskoola Pota"/>
        </w:rPr>
      </w:pPr>
      <w:r>
        <w:rPr>
          <w:rFonts w:ascii="Garamond" w:hAnsi="Garamond" w:cs="Iskoola Pota"/>
        </w:rPr>
        <w:t>--------------------------------------------</w:t>
      </w:r>
      <w:r>
        <w:rPr>
          <w:rFonts w:ascii="Garamond" w:hAnsi="Garamond" w:cs="Iskoola Pota"/>
        </w:rPr>
        <w:tab/>
      </w:r>
      <w:r>
        <w:rPr>
          <w:rFonts w:ascii="Garamond" w:hAnsi="Garamond" w:cs="Iskoola Pota"/>
        </w:rPr>
        <w:tab/>
      </w:r>
      <w:r>
        <w:rPr>
          <w:rFonts w:ascii="Garamond" w:hAnsi="Garamond" w:cs="Iskoola Pota"/>
        </w:rPr>
        <w:tab/>
      </w:r>
      <w:r>
        <w:rPr>
          <w:rFonts w:ascii="Garamond" w:hAnsi="Garamond" w:cs="Iskoola Pota"/>
        </w:rPr>
        <w:tab/>
      </w:r>
      <w:r>
        <w:rPr>
          <w:rFonts w:ascii="Garamond" w:hAnsi="Garamond" w:cs="Iskoola Pota"/>
        </w:rPr>
        <w:tab/>
      </w:r>
      <w:r>
        <w:rPr>
          <w:rFonts w:ascii="Garamond" w:hAnsi="Garamond" w:cs="Iskoola Pota"/>
        </w:rPr>
        <w:tab/>
        <w:t>-------------------------------</w:t>
      </w:r>
    </w:p>
    <w:p w14:paraId="4E759903" w14:textId="77777777" w:rsidR="00E60719" w:rsidRDefault="00E60719" w:rsidP="00E60719">
      <w:pPr>
        <w:spacing w:after="0" w:line="360" w:lineRule="auto"/>
        <w:rPr>
          <w:rFonts w:ascii="Garamond" w:hAnsi="Garamond" w:cs="Iskoola Pota"/>
          <w:sz w:val="24"/>
          <w:szCs w:val="24"/>
        </w:rPr>
      </w:pPr>
      <w:r>
        <w:rPr>
          <w:rFonts w:ascii="Garamond" w:hAnsi="Garamond" w:cs="Iskoola Pota"/>
          <w:sz w:val="24"/>
          <w:szCs w:val="24"/>
        </w:rPr>
        <w:t xml:space="preserve">Signature </w:t>
      </w:r>
      <w:r w:rsidRPr="00BC7C54">
        <w:rPr>
          <w:rFonts w:ascii="Garamond" w:hAnsi="Garamond" w:cs="Iskoola Pota"/>
          <w:sz w:val="24"/>
          <w:szCs w:val="24"/>
        </w:rPr>
        <w:t xml:space="preserve">Corresponding Author </w:t>
      </w:r>
      <w:r w:rsidRPr="00BC7C54">
        <w:rPr>
          <w:rFonts w:ascii="Garamond" w:hAnsi="Garamond" w:cs="Iskoola Pota"/>
          <w:sz w:val="24"/>
          <w:szCs w:val="24"/>
        </w:rPr>
        <w:tab/>
      </w:r>
      <w:r w:rsidRPr="00BC7C54">
        <w:rPr>
          <w:rFonts w:ascii="Garamond" w:hAnsi="Garamond" w:cs="Iskoola Pota"/>
          <w:sz w:val="24"/>
          <w:szCs w:val="24"/>
        </w:rPr>
        <w:tab/>
      </w:r>
      <w:r w:rsidRPr="00BC7C54">
        <w:rPr>
          <w:rFonts w:ascii="Garamond" w:hAnsi="Garamond" w:cs="Iskoola Pota"/>
          <w:sz w:val="24"/>
          <w:szCs w:val="24"/>
        </w:rPr>
        <w:tab/>
      </w:r>
      <w:r w:rsidRPr="00BC7C54">
        <w:rPr>
          <w:rFonts w:ascii="Garamond" w:hAnsi="Garamond" w:cs="Iskoola Pota"/>
          <w:sz w:val="24"/>
          <w:szCs w:val="24"/>
        </w:rPr>
        <w:tab/>
      </w:r>
      <w:r w:rsidRPr="00BC7C54">
        <w:rPr>
          <w:rFonts w:ascii="Garamond" w:hAnsi="Garamond" w:cs="Iskoola Pota"/>
          <w:sz w:val="24"/>
          <w:szCs w:val="24"/>
        </w:rPr>
        <w:tab/>
      </w:r>
      <w:r w:rsidRPr="00BC7C54">
        <w:rPr>
          <w:rFonts w:ascii="Garamond" w:hAnsi="Garamond" w:cs="Iskoola Pota"/>
          <w:sz w:val="24"/>
          <w:szCs w:val="24"/>
        </w:rPr>
        <w:tab/>
      </w:r>
      <w:r w:rsidRPr="00BC7C54">
        <w:rPr>
          <w:rFonts w:ascii="Garamond" w:hAnsi="Garamond" w:cs="Iskoola Pota"/>
          <w:sz w:val="24"/>
          <w:szCs w:val="24"/>
        </w:rPr>
        <w:tab/>
      </w:r>
      <w:r>
        <w:rPr>
          <w:rFonts w:ascii="Garamond" w:hAnsi="Garamond" w:cs="Iskoola Pota"/>
          <w:sz w:val="24"/>
          <w:szCs w:val="24"/>
        </w:rPr>
        <w:t xml:space="preserve">   </w:t>
      </w:r>
      <w:r w:rsidRPr="00BC7C54">
        <w:rPr>
          <w:rFonts w:ascii="Garamond" w:hAnsi="Garamond" w:cs="Iskoola Pota"/>
          <w:sz w:val="24"/>
          <w:szCs w:val="24"/>
        </w:rPr>
        <w:t>Date</w:t>
      </w:r>
    </w:p>
    <w:p w14:paraId="65281DB2" w14:textId="77777777" w:rsidR="00E60719" w:rsidRPr="00E60719" w:rsidRDefault="00E60719">
      <w:pPr>
        <w:rPr>
          <w:rFonts w:cs="Iskoola Pota" w:hint="cs"/>
          <w:lang w:bidi="si-LK"/>
        </w:rPr>
      </w:pPr>
    </w:p>
    <w:sectPr w:rsidR="00E60719" w:rsidRPr="00E60719" w:rsidSect="002544DB">
      <w:headerReference w:type="default" r:id="rId11"/>
      <w:footerReference w:type="default" r:id="rId12"/>
      <w:pgSz w:w="12240" w:h="15840"/>
      <w:pgMar w:top="2694" w:right="1123" w:bottom="936" w:left="1123" w:header="10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87CF5" w14:textId="77777777" w:rsidR="00EA679A" w:rsidRDefault="00EA679A">
      <w:pPr>
        <w:spacing w:after="0" w:line="240" w:lineRule="auto"/>
      </w:pPr>
      <w:r>
        <w:separator/>
      </w:r>
    </w:p>
  </w:endnote>
  <w:endnote w:type="continuationSeparator" w:id="0">
    <w:p w14:paraId="7DC841B3" w14:textId="77777777" w:rsidR="00EA679A" w:rsidRDefault="00EA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Iskoola Pota">
    <w:panose1 w:val="020B0502040204020203"/>
    <w:charset w:val="00"/>
    <w:family w:val="swiss"/>
    <w:pitch w:val="variable"/>
    <w:sig w:usb0="00000003" w:usb1="00000000" w:usb2="00000200" w:usb3="00000000" w:csb0="00000001" w:csb1="00000000"/>
  </w:font>
  <w:font w:name="Garamond">
    <w:panose1 w:val="02020404030301010803"/>
    <w:charset w:val="00"/>
    <w:family w:val="roman"/>
    <w:pitch w:val="variable"/>
    <w:sig w:usb0="00000287" w:usb1="00000000" w:usb2="00000000" w:usb3="00000000" w:csb0="0000009F" w:csb1="00000000"/>
  </w:font>
  <w:font w:name="Ink Free">
    <w:panose1 w:val="03080402000500000000"/>
    <w:charset w:val="00"/>
    <w:family w:val="script"/>
    <w:pitch w:val="variable"/>
    <w:sig w:usb0="2000068F" w:usb1="4000000A" w:usb2="00000000" w:usb3="00000000" w:csb0="0000019F" w:csb1="00000000"/>
  </w:font>
  <w:font w:name="Lithos Pro Regular">
    <w:altName w:val="Segoe Print"/>
    <w:charset w:val="00"/>
    <w:family w:val="decorative"/>
    <w:pitch w:val="default"/>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AB29" w14:textId="77777777" w:rsidR="007C6B78" w:rsidRDefault="00000000">
    <w:pPr>
      <w:pStyle w:val="Footer"/>
      <w:jc w:val="center"/>
    </w:pPr>
    <w:r>
      <w:rPr>
        <w:color w:val="646464"/>
        <w:sz w:val="16"/>
      </w:rPr>
      <w:t>The Journal of Archaeology &amp; Heritage Studies (JAHS) | Rajarata University of Sri Lanka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DDFF5" w14:textId="77777777" w:rsidR="00EA679A" w:rsidRDefault="00EA679A">
      <w:pPr>
        <w:spacing w:after="0" w:line="240" w:lineRule="auto"/>
      </w:pPr>
      <w:r>
        <w:separator/>
      </w:r>
    </w:p>
  </w:footnote>
  <w:footnote w:type="continuationSeparator" w:id="0">
    <w:p w14:paraId="7DD4C9E4" w14:textId="77777777" w:rsidR="00EA679A" w:rsidRDefault="00EA6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B082" w14:textId="0B99B11A" w:rsidR="002544DB" w:rsidRDefault="002544DB">
    <w:pPr>
      <w:pStyle w:val="Header"/>
    </w:pPr>
    <w:r>
      <w:rPr>
        <w:noProof/>
      </w:rPr>
      <mc:AlternateContent>
        <mc:Choice Requires="wpg">
          <w:drawing>
            <wp:anchor distT="0" distB="0" distL="114300" distR="114300" simplePos="0" relativeHeight="251659264" behindDoc="0" locked="0" layoutInCell="1" allowOverlap="1" wp14:anchorId="6CFF0B44" wp14:editId="11ACF0E1">
              <wp:simplePos x="0" y="0"/>
              <wp:positionH relativeFrom="column">
                <wp:posOffset>378460</wp:posOffset>
              </wp:positionH>
              <wp:positionV relativeFrom="paragraph">
                <wp:posOffset>-351790</wp:posOffset>
              </wp:positionV>
              <wp:extent cx="6506845" cy="1346835"/>
              <wp:effectExtent l="0" t="0" r="0" b="1270"/>
              <wp:wrapNone/>
              <wp:docPr id="193084476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845" cy="1346835"/>
                        <a:chOff x="688" y="1105"/>
                        <a:chExt cx="10344" cy="1615"/>
                      </a:xfrm>
                    </wpg:grpSpPr>
                    <wps:wsp>
                      <wps:cNvPr id="1505980925" name="Text Box 9"/>
                      <wps:cNvSpPr txBox="1">
                        <a:spLocks noChangeArrowheads="1"/>
                      </wps:cNvSpPr>
                      <wps:spPr bwMode="auto">
                        <a:xfrm>
                          <a:off x="1533" y="1341"/>
                          <a:ext cx="9499" cy="1268"/>
                        </a:xfrm>
                        <a:prstGeom prst="rect">
                          <a:avLst/>
                        </a:prstGeom>
                        <a:solidFill>
                          <a:srgbClr val="002060"/>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3FCD65" w14:textId="77777777" w:rsidR="002544DB" w:rsidRDefault="002544DB" w:rsidP="002544DB">
                            <w:pPr>
                              <w:pStyle w:val="Heading1"/>
                              <w:spacing w:before="0" w:after="0" w:line="240" w:lineRule="auto"/>
                              <w:ind w:left="2250"/>
                              <w:jc w:val="center"/>
                              <w:rPr>
                                <w:rFonts w:ascii="Lithos Pro Regular" w:hAnsi="Lithos Pro Regular"/>
                                <w:b w:val="0"/>
                                <w:bCs w:val="0"/>
                                <w:spacing w:val="20"/>
                              </w:rPr>
                            </w:pPr>
                            <w:r>
                              <w:rPr>
                                <w:rFonts w:ascii="Ink Free" w:hAnsi="Ink Free"/>
                                <w:b w:val="0"/>
                                <w:bCs w:val="0"/>
                                <w:spacing w:val="20"/>
                              </w:rPr>
                              <w:t>The Journal of</w:t>
                            </w:r>
                          </w:p>
                          <w:p w14:paraId="5DB7844A" w14:textId="77777777" w:rsidR="002544DB" w:rsidRDefault="002544DB" w:rsidP="002544DB">
                            <w:pPr>
                              <w:pStyle w:val="Heading1"/>
                              <w:spacing w:before="0" w:after="0" w:line="240" w:lineRule="auto"/>
                              <w:ind w:left="2160"/>
                              <w:jc w:val="right"/>
                              <w:rPr>
                                <w:rFonts w:ascii="Lithos Pro Regular" w:hAnsi="Lithos Pro Regular"/>
                                <w:b w:val="0"/>
                                <w:bCs w:val="0"/>
                                <w:spacing w:val="20"/>
                                <w:sz w:val="36"/>
                                <w:szCs w:val="34"/>
                              </w:rPr>
                            </w:pPr>
                            <w:r>
                              <w:rPr>
                                <w:rFonts w:ascii="Lithos Pro Regular" w:hAnsi="Lithos Pro Regular"/>
                                <w:b w:val="0"/>
                                <w:bCs w:val="0"/>
                                <w:spacing w:val="20"/>
                                <w:sz w:val="36"/>
                                <w:szCs w:val="34"/>
                              </w:rPr>
                              <w:t>Archaeology &amp; Heritage Studies</w:t>
                            </w:r>
                          </w:p>
                          <w:p w14:paraId="645AFA99" w14:textId="77777777" w:rsidR="002544DB" w:rsidRDefault="002544DB" w:rsidP="002544DB">
                            <w:pPr>
                              <w:spacing w:after="0"/>
                              <w:ind w:left="1800"/>
                              <w:jc w:val="center"/>
                              <w:rPr>
                                <w:sz w:val="8"/>
                                <w:szCs w:val="14"/>
                              </w:rPr>
                            </w:pPr>
                          </w:p>
                          <w:p w14:paraId="114CB91E" w14:textId="77777777" w:rsidR="002544DB" w:rsidRDefault="002544DB" w:rsidP="002544DB">
                            <w:pPr>
                              <w:ind w:left="2250"/>
                              <w:jc w:val="center"/>
                            </w:pPr>
                            <w:r>
                              <w:t xml:space="preserve">Journal Home page </w:t>
                            </w:r>
                            <w:hyperlink r:id="rId1" w:history="1">
                              <w:r>
                                <w:rPr>
                                  <w:rStyle w:val="Hyperlink"/>
                                  <w:i/>
                                  <w:iCs/>
                                </w:rPr>
                                <w:t>https://fssh.rjt.ac.lk/index.php/jahs-about/</w:t>
                              </w:r>
                            </w:hyperlink>
                          </w:p>
                        </w:txbxContent>
                      </wps:txbx>
                      <wps:bodyPr rot="0" vert="horz" wrap="square" lIns="91440" tIns="45720" rIns="91440" bIns="45720" anchor="t" anchorCtr="0" upright="1">
                        <a:noAutofit/>
                      </wps:bodyPr>
                    </wps:wsp>
                    <pic:pic xmlns:pic="http://schemas.openxmlformats.org/drawingml/2006/picture">
                      <pic:nvPicPr>
                        <pic:cNvPr id="493433248" name="Picture 7" descr="JAHS Logo 7-01-01-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88" y="1105"/>
                          <a:ext cx="2381" cy="1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6CFF0B44" id="Group 1" o:spid="_x0000_s1026" style="position:absolute;margin-left:29.8pt;margin-top:-27.7pt;width:512.35pt;height:106.05pt;z-index:251659264" coordorigin="688,1105" coordsize="10344,1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&#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">
              <v:shapetype id="_x0000_t202" coordsize="21600,21600" o:spt="202" path="m,l,21600r21600,l21600,xe">
                <v:stroke joinstyle="miter"/>
                <v:path gradientshapeok="t" o:connecttype="rect"/>
              </v:shapetype>
              <v:shape id="Text Box 9" o:spid="_x0000_s1027" type="#_x0000_t202" style="position:absolute;left:1533;top:1341;width:9499;height:1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" fillcolor="#002060" stroked="f" strokeweight=".5pt">
                <v:textbox>
                  <w:txbxContent>
                    <w:p w14:paraId="4F3FCD65" w14:textId="77777777" w:rsidR="002544DB" w:rsidRDefault="002544DB" w:rsidP="002544DB">
                      <w:pPr>
                        <w:pStyle w:val="Heading1"/>
                        <w:spacing w:before="0" w:after="0" w:line="240" w:lineRule="auto"/>
                        <w:ind w:left="2250"/>
                        <w:jc w:val="center"/>
                        <w:rPr>
                          <w:rFonts w:ascii="Lithos Pro Regular" w:hAnsi="Lithos Pro Regular"/>
                          <w:b w:val="0"/>
                          <w:bCs w:val="0"/>
                          <w:spacing w:val="20"/>
                        </w:rPr>
                      </w:pPr>
                      <w:r>
                        <w:rPr>
                          <w:rFonts w:ascii="Ink Free" w:hAnsi="Ink Free"/>
                          <w:b w:val="0"/>
                          <w:bCs w:val="0"/>
                          <w:spacing w:val="20"/>
                        </w:rPr>
                        <w:t>The Journal of</w:t>
                      </w:r>
                    </w:p>
                    <w:p w14:paraId="5DB7844A" w14:textId="77777777" w:rsidR="002544DB" w:rsidRDefault="002544DB" w:rsidP="002544DB">
                      <w:pPr>
                        <w:pStyle w:val="Heading1"/>
                        <w:spacing w:before="0" w:after="0" w:line="240" w:lineRule="auto"/>
                        <w:ind w:left="2160"/>
                        <w:jc w:val="right"/>
                        <w:rPr>
                          <w:rFonts w:ascii="Lithos Pro Regular" w:hAnsi="Lithos Pro Regular"/>
                          <w:b w:val="0"/>
                          <w:bCs w:val="0"/>
                          <w:spacing w:val="20"/>
                          <w:sz w:val="36"/>
                          <w:szCs w:val="34"/>
                        </w:rPr>
                      </w:pPr>
                      <w:r>
                        <w:rPr>
                          <w:rFonts w:ascii="Lithos Pro Regular" w:hAnsi="Lithos Pro Regular"/>
                          <w:b w:val="0"/>
                          <w:bCs w:val="0"/>
                          <w:spacing w:val="20"/>
                          <w:sz w:val="36"/>
                          <w:szCs w:val="34"/>
                        </w:rPr>
                        <w:t>Archaeology &amp; Heritage Studies</w:t>
                      </w:r>
                    </w:p>
                    <w:p w14:paraId="645AFA99" w14:textId="77777777" w:rsidR="002544DB" w:rsidRDefault="002544DB" w:rsidP="002544DB">
                      <w:pPr>
                        <w:spacing w:after="0"/>
                        <w:ind w:left="1800"/>
                        <w:jc w:val="center"/>
                        <w:rPr>
                          <w:sz w:val="8"/>
                          <w:szCs w:val="14"/>
                        </w:rPr>
                      </w:pPr>
                    </w:p>
                    <w:p w14:paraId="114CB91E" w14:textId="77777777" w:rsidR="002544DB" w:rsidRDefault="002544DB" w:rsidP="002544DB">
                      <w:pPr>
                        <w:ind w:left="2250"/>
                        <w:jc w:val="center"/>
                      </w:pPr>
                      <w:r>
                        <w:t xml:space="preserve">Journal Home page </w:t>
                      </w:r>
                      <w:hyperlink r:id="rId3" w:history="1">
                        <w:r>
                          <w:rPr>
                            <w:rStyle w:val="Hyperlink"/>
                            <w:i/>
                            <w:iCs/>
                          </w:rPr>
                          <w:t>https://fssh.rjt.ac.lk/index.php/jahs-about/</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JAHS Logo 7-01-01-01" style="position:absolute;left:688;top:1105;width:2381;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">
                <v:imagedata r:id="rId4" o:title="JAHS Logo 7-01-01-0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AA05F5"/>
    <w:multiLevelType w:val="multilevel"/>
    <w:tmpl w:val="86A2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2C7870"/>
    <w:multiLevelType w:val="hybridMultilevel"/>
    <w:tmpl w:val="1D0A5D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821684">
    <w:abstractNumId w:val="8"/>
  </w:num>
  <w:num w:numId="2" w16cid:durableId="1279870800">
    <w:abstractNumId w:val="6"/>
  </w:num>
  <w:num w:numId="3" w16cid:durableId="857737444">
    <w:abstractNumId w:val="5"/>
  </w:num>
  <w:num w:numId="4" w16cid:durableId="1657300111">
    <w:abstractNumId w:val="4"/>
  </w:num>
  <w:num w:numId="5" w16cid:durableId="710230770">
    <w:abstractNumId w:val="7"/>
  </w:num>
  <w:num w:numId="6" w16cid:durableId="660088141">
    <w:abstractNumId w:val="3"/>
  </w:num>
  <w:num w:numId="7" w16cid:durableId="2001351661">
    <w:abstractNumId w:val="2"/>
  </w:num>
  <w:num w:numId="8" w16cid:durableId="76170196">
    <w:abstractNumId w:val="1"/>
  </w:num>
  <w:num w:numId="9" w16cid:durableId="62870393">
    <w:abstractNumId w:val="0"/>
  </w:num>
  <w:num w:numId="10" w16cid:durableId="1587303986">
    <w:abstractNumId w:val="9"/>
  </w:num>
  <w:num w:numId="11" w16cid:durableId="21130153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44DB"/>
    <w:rsid w:val="0029639D"/>
    <w:rsid w:val="00326F90"/>
    <w:rsid w:val="007C6B78"/>
    <w:rsid w:val="009127F4"/>
    <w:rsid w:val="00AA1D8D"/>
    <w:rsid w:val="00B47730"/>
    <w:rsid w:val="00BB7431"/>
    <w:rsid w:val="00CB0664"/>
    <w:rsid w:val="00D95DF1"/>
    <w:rsid w:val="00E0533C"/>
    <w:rsid w:val="00E60719"/>
    <w:rsid w:val="00EA679A"/>
    <w:rsid w:val="00F24C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4F3BA0"/>
  <w14:defaultImageDpi w14:val="300"/>
  <w15:docId w15:val="{7C5AC6D8-D5A2-4FFC-A504-DB6B449B3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F3264"/>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32323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32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2544DB"/>
    <w:rPr>
      <w:color w:val="0000FF"/>
      <w:u w:val="single"/>
    </w:rPr>
  </w:style>
  <w:style w:type="character" w:styleId="UnresolvedMention">
    <w:name w:val="Unresolved Mention"/>
    <w:basedOn w:val="DefaultParagraphFont"/>
    <w:uiPriority w:val="99"/>
    <w:semiHidden/>
    <w:unhideWhenUsed/>
    <w:rsid w:val="00D95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ssh.rjt.ac.lk/index.php/jahs-about/" TargetMode="External"/><Relationship Id="rId4" Type="http://schemas.openxmlformats.org/officeDocument/2006/relationships/settings" Target="settings.xml"/><Relationship Id="rId9" Type="http://schemas.openxmlformats.org/officeDocument/2006/relationships/hyperlink" Target="http://dlib.pdn.ac.l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fssh.rjt.ac.lk/index.php/jahs-about/" TargetMode="External"/><Relationship Id="rId2" Type="http://schemas.openxmlformats.org/officeDocument/2006/relationships/image" Target="media/image2.png"/><Relationship Id="rId1" Type="http://schemas.openxmlformats.org/officeDocument/2006/relationships/hyperlink" Target="https://fssh.rjt.ac.lk/index.php/jahs-about/"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TM</cp:lastModifiedBy>
  <cp:revision>5</cp:revision>
  <dcterms:created xsi:type="dcterms:W3CDTF">2013-12-23T23:15:00Z</dcterms:created>
  <dcterms:modified xsi:type="dcterms:W3CDTF">2026-10-14T08:56:00Z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ec415c0abc665f523615c8fbb68e4a5a8f993d341e9b58735c4f0665270c32e2</vt:lpwstr>
  </property>
</Properties>
</file>